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</w:pPr>
      <w:r>
        <w:t>Academic CV</w:t>
      </w:r>
    </w:p>
    <w:p>
      <w:pPr>
        <w:widowControl/>
      </w:pPr>
      <w:r>
        <w:rPr>
          <w:color w:val="586170"/>
          <w:sz w:val="18"/>
        </w:rPr>
        <w:t>Replace bracketed fields with your own details. Delete guidance that does not belong in the finished document.</w:t>
      </w:r>
    </w:p>
    <w:p>
      <w:pPr>
        <w:pStyle w:val="Heading1"/>
      </w:pPr>
      <w:r>
        <w:t>Contact and education</w:t>
      </w:r>
    </w:p>
    <w:p>
      <w:pPr>
        <w:widowControl/>
      </w:pPr>
      <w:r>
        <w:t>[Full name]</w:t>
      </w:r>
    </w:p>
    <w:p>
      <w:pPr>
        <w:widowControl/>
      </w:pPr>
      <w:r>
        <w:t>[Professional email and website]</w:t>
      </w:r>
    </w:p>
    <w:p>
      <w:pPr>
        <w:widowControl/>
      </w:pPr>
      <w:r>
        <w:t>[Degree], [Institution], [Dates]</w:t>
      </w:r>
    </w:p>
    <w:p>
      <w:pPr>
        <w:widowControl/>
      </w:pPr>
      <w:r>
        <w:t>[Thesis title and supervisor if relevant]</w:t>
      </w:r>
    </w:p>
    <w:p>
      <w:pPr>
        <w:pStyle w:val="Heading1"/>
      </w:pPr>
      <w:r>
        <w:t>Research and teaching</w:t>
      </w:r>
    </w:p>
    <w:p>
      <w:pPr>
        <w:widowControl/>
      </w:pPr>
      <w:r>
        <w:t>Research role: [Institution and dates]. Contribution: [Specific work]. Methods or skills: [Relevant details].</w:t>
      </w:r>
    </w:p>
    <w:p>
      <w:pPr>
        <w:widowControl/>
      </w:pPr>
      <w:r>
        <w:t>Teaching: [Course, role and dates]. Describe responsibilities accurately.</w:t>
      </w:r>
    </w:p>
    <w:p>
      <w:pPr>
        <w:pStyle w:val="Heading1"/>
      </w:pPr>
      <w:r>
        <w:t>Publications and service</w:t>
      </w:r>
    </w:p>
    <w:p>
      <w:pPr>
        <w:widowControl/>
      </w:pPr>
      <w:r>
        <w:t>Publications: [Complete verified citation and status]. Presentations: [Title, event and date]. Awards: [Awarding body and year]. Service: [Role and period]. References: [Available with permission].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Academic CV</dc:title>
  <dc:subject>Original editable document starter</dc:subject>
  <dc:creator>WPS Explore</dc:creator>
  <cp:keywords/>
  <dc:description>generated by python-docx</dc:description>
  <cp:lastModifiedBy/>
  <cp:revision>1</cp:revision>
  <dcterms:created xsi:type="dcterms:W3CDTF">2026-10-30T00:00:00Z</dcterms:created>
  <dcterms:modified xsi:type="dcterms:W3CDTF">2026-10-30T00:00:00Z</dcterms:modified>
  <cp:category/>
</cp:coreProperties>
</file>