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Acceptance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[Recipient], Thank you for offering [Role or opportunity]. I am pleased to accept the offer as set out in [Offer reference and date].</w:t>
      </w:r>
    </w:p>
    <w:p>
      <w:pPr>
        <w:widowControl/>
      </w:pPr>
      <w:r>
        <w:t>My understanding is that [Key agreed details], with a start date of [Date]. Please let me know if any of these details need correction.</w:t>
      </w:r>
    </w:p>
    <w:p>
      <w:pPr>
        <w:widowControl/>
      </w:pPr>
      <w:r>
        <w:t>I will complete [Required documents or steps] by [Date]. Thank you again; I look forward to [Appropriate next stage].</w:t>
      </w:r>
    </w:p>
    <w:p>
      <w:pPr>
        <w:widowControl/>
      </w:pPr>
      <w:r>
        <w:t>[Name]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Acceptance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