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2000" w:after="280" w:line="259" w:lineRule="auto"/>
        <w:jc w:val="center"/>
      </w:pPr>
      <w:r>
        <w:rPr>
          <w:rFonts w:ascii="Times New Roman" w:hAnsi="Times New Roman"/>
          <w:b/>
          <w:color w:val="000000"/>
          <w:sz w:val="24"/>
        </w:rPr>
        <w:t>Paper Title</w:t>
      </w:r>
    </w:p>
    <w:p>
      <w:pPr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[Author name]</w:t>
      </w:r>
    </w:p>
    <w:p>
      <w:pPr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[Institution or course]</w:t>
      </w:r>
    </w:p>
    <w:p>
      <w:pPr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[Instructor]</w:t>
      </w:r>
    </w:p>
    <w:p>
      <w:pPr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[Submission date]</w:t>
      </w:r>
    </w:p>
    <w:p>
      <w:pPr>
        <w:pageBreakBefore/>
        <w:widowControl/>
        <w:spacing w:before="0" w:after="0" w:line="480" w:lineRule="auto"/>
        <w:jc w:val="center"/>
      </w:pPr>
      <w:r>
        <w:rPr>
          <w:rFonts w:ascii="Times New Roman" w:hAnsi="Times New Roman"/>
          <w:b/>
          <w:color w:val="000000"/>
          <w:sz w:val="24"/>
        </w:rPr>
        <w:t>Paper Title</w:t>
      </w:r>
    </w:p>
    <w:p>
      <w:pPr>
        <w:widowControl/>
        <w:spacing w:before="0" w:after="0" w:line="480" w:lineRule="auto"/>
        <w:ind w:firstLine="720"/>
      </w:pPr>
      <w:r>
        <w:rPr>
          <w:rFonts w:ascii="Times New Roman" w:hAnsi="Times New Roman"/>
          <w:b w:val="0"/>
          <w:color w:val="000000"/>
          <w:sz w:val="24"/>
        </w:rPr>
        <w:t>[Introduce the question, relevant background and the purpose of the paper. Use a first-line indent and double spacing for body paragraphs.]</w:t>
      </w:r>
    </w:p>
    <w:p>
      <w:pPr>
        <w:widowControl/>
        <w:spacing w:before="240" w:after="0" w:line="480" w:lineRule="auto"/>
      </w:pPr>
      <w:r>
        <w:rPr>
          <w:rFonts w:ascii="Times New Roman" w:hAnsi="Times New Roman"/>
          <w:b/>
          <w:color w:val="000000"/>
          <w:sz w:val="24"/>
        </w:rPr>
        <w:t>Method and evidence</w:t>
      </w:r>
    </w:p>
    <w:p>
      <w:pPr>
        <w:widowControl/>
        <w:spacing w:before="0" w:after="0" w:line="480" w:lineRule="auto"/>
        <w:ind w:firstLine="720"/>
      </w:pPr>
      <w:r>
        <w:rPr>
          <w:rFonts w:ascii="Times New Roman" w:hAnsi="Times New Roman"/>
          <w:b w:val="0"/>
          <w:color w:val="000000"/>
          <w:sz w:val="24"/>
        </w:rPr>
        <w:t>[Explain how the information was collected or how sources were selected. Use citations for evidence and clearly identify limitations.]</w:t>
      </w:r>
    </w:p>
    <w:p>
      <w:pPr>
        <w:widowControl/>
        <w:spacing w:before="240" w:after="0" w:line="480" w:lineRule="auto"/>
      </w:pPr>
      <w:r>
        <w:rPr>
          <w:rFonts w:ascii="Times New Roman" w:hAnsi="Times New Roman"/>
          <w:b/>
          <w:color w:val="000000"/>
          <w:sz w:val="24"/>
        </w:rPr>
        <w:t>Discussion</w:t>
      </w:r>
    </w:p>
    <w:p>
      <w:pPr>
        <w:widowControl/>
        <w:spacing w:before="0" w:after="0" w:line="480" w:lineRule="auto"/>
        <w:ind w:firstLine="720"/>
      </w:pPr>
      <w:r>
        <w:rPr>
          <w:rFonts w:ascii="Times New Roman" w:hAnsi="Times New Roman"/>
          <w:b w:val="0"/>
          <w:color w:val="000000"/>
          <w:sz w:val="24"/>
        </w:rPr>
        <w:t>[Explain what the evidence supports and how it relates to the question. Distinguish findings from interpretation and avoid overstating certainty.]</w:t>
      </w:r>
    </w:p>
    <w:p>
      <w:pPr>
        <w:pageBreakBefore/>
        <w:widowControl/>
        <w:spacing w:before="0" w:after="0" w:line="480" w:lineRule="auto"/>
        <w:jc w:val="center"/>
      </w:pPr>
      <w:r>
        <w:rPr>
          <w:rFonts w:ascii="Times New Roman" w:hAnsi="Times New Roman"/>
          <w:b/>
          <w:color w:val="000000"/>
          <w:sz w:val="24"/>
        </w:rPr>
        <w:t>References</w:t>
      </w:r>
    </w:p>
    <w:p>
      <w:pPr>
        <w:widowControl/>
        <w:spacing w:before="0" w:after="0" w:line="480" w:lineRule="auto"/>
        <w:ind w:left="720" w:hanging="720"/>
      </w:pPr>
      <w:r>
        <w:rPr>
          <w:rFonts w:ascii="Times New Roman" w:hAnsi="Times New Roman"/>
          <w:b w:val="0"/>
          <w:color w:val="000000"/>
          <w:sz w:val="24"/>
        </w:rPr>
        <w:t>[Author surname], [Initials]. ([Year]). [Title of work]. [Publisher].</w:t>
      </w:r>
    </w:p>
    <w:p>
      <w:pPr>
        <w:widowControl/>
        <w:spacing w:before="0" w:after="0" w:line="480" w:lineRule="auto"/>
        <w:ind w:left="720" w:hanging="720"/>
      </w:pPr>
      <w:r>
        <w:rPr>
          <w:rFonts w:ascii="Times New Roman" w:hAnsi="Times New Roman"/>
          <w:b w:val="0"/>
          <w:color w:val="000000"/>
          <w:sz w:val="24"/>
        </w:rPr>
        <w:t>[Author surname], [Initials]. ([Year]). [Article title]. [Journal Title], [volume]([issue]), [pages]. [DOI or URL if required]</w:t>
      </w:r>
    </w:p>
    <w:p>
      <w:pPr>
        <w:widowControl/>
        <w:spacing w:before="360" w:after="0" w:line="480" w:lineRule="auto"/>
      </w:pPr>
      <w:r>
        <w:rPr>
          <w:rFonts w:ascii="Times New Roman" w:hAnsi="Times New Roman"/>
          <w:b w:val="0"/>
          <w:color w:val="000000"/>
          <w:sz w:val="24"/>
        </w:rPr>
        <w:t>[Replace these patterns with complete verified references. Follow your institution and the current source-specific style requirements.]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Format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