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Appointment Letter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widowControl/>
      </w:pPr>
      <w:r>
        <w:t>[Sender name or organization]</w:t>
        <w:br/>
        <w:t>[Email or business contact]</w:t>
        <w:br/>
        <w:t>[Date]</w:t>
      </w:r>
    </w:p>
    <w:p>
      <w:pPr>
        <w:widowControl/>
      </w:pPr>
      <w:r>
        <w:t>Dear [Recipient], [Organization] confirms your appointment as [Role], effective [Date], subject to the reviewed terms in [Reference document].</w:t>
      </w:r>
    </w:p>
    <w:p>
      <w:pPr>
        <w:widowControl/>
      </w:pPr>
      <w:r>
        <w:t>The role covers [Scope]. Reporting or accountability: [Details]. Term: [Dates if applicable]. Required orientation or documentation: [Details].</w:t>
      </w:r>
    </w:p>
    <w:p>
      <w:pPr>
        <w:widowControl/>
      </w:pPr>
      <w:r>
        <w:t>Please confirm receipt through [Process] by [Date]. Questions should be directed to [Contact].</w:t>
      </w:r>
    </w:p>
    <w:p>
      <w:pPr>
        <w:widowControl/>
      </w:pPr>
      <w:r>
        <w:t>[Authorized signatory and title]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Appointment Letter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