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widowControl/>
      </w:pPr>
      <w:r>
        <w:t>ATS Resume</w:t>
      </w:r>
    </w:p>
    <w:p>
      <w:pPr>
        <w:widowControl/>
      </w:pPr>
      <w:r>
        <w:rPr>
          <w:color w:val="586170"/>
          <w:sz w:val="18"/>
        </w:rPr>
        <w:t>Replace bracketed fields with your own details. Delete guidance that does not belong in the finished document.</w:t>
      </w:r>
    </w:p>
    <w:p>
      <w:pPr>
        <w:pStyle w:val="Heading1"/>
      </w:pPr>
      <w:r>
        <w:t>Contact and profile</w:t>
      </w:r>
    </w:p>
    <w:p>
      <w:pPr>
        <w:widowControl/>
      </w:pPr>
      <w:r>
        <w:t>[Full name]</w:t>
      </w:r>
    </w:p>
    <w:p>
      <w:pPr>
        <w:widowControl/>
      </w:pPr>
      <w:r>
        <w:t>[Professional email] [Phone] [City or region] [Portfolio if relevant]</w:t>
      </w:r>
    </w:p>
    <w:p>
      <w:pPr>
        <w:widowControl/>
      </w:pPr>
      <w:r>
        <w:t>[Write two sentences connecting your actual background to relevant experience in a plain single-column structure.]</w:t>
      </w:r>
    </w:p>
    <w:p>
      <w:pPr>
        <w:pStyle w:val="Heading1"/>
      </w:pPr>
      <w:r>
        <w:t>Relevant experience</w:t>
      </w:r>
    </w:p>
    <w:p>
      <w:pPr>
        <w:widowControl/>
      </w:pPr>
      <w:r>
        <w:t>[Role] - [Organization] - [Dates]</w:t>
      </w:r>
    </w:p>
    <w:p>
      <w:pPr>
        <w:widowControl/>
      </w:pPr>
      <w:r>
        <w:t>[Use standard role headings, consistent dates and factual achievement statements.]</w:t>
      </w:r>
    </w:p>
    <w:p>
      <w:pPr>
        <w:widowControl/>
      </w:pPr>
      <w:r>
        <w:t>[Add a second relevant role or project, with dates and your contribution.]</w:t>
      </w:r>
    </w:p>
    <w:p>
      <w:pPr>
        <w:pStyle w:val="Heading1"/>
      </w:pPr>
      <w:r>
        <w:t>Skills</w:t>
      </w:r>
    </w:p>
    <w:p>
      <w:pPr>
        <w:widowControl/>
      </w:pPr>
      <w:r>
        <w:t>[Relevant skills from your own experience, using clear terms]</w:t>
      </w:r>
    </w:p>
    <w:p>
      <w:pPr>
        <w:widowControl/>
      </w:pPr>
      <w:r>
        <w:t>[Keep only skills you can demonstrate and that are relevant to the role.]</w:t>
      </w:r>
    </w:p>
    <w:p>
      <w:pPr>
        <w:pStyle w:val="Heading1"/>
      </w:pPr>
      <w:r>
        <w:t>Education and credentials</w:t>
      </w:r>
    </w:p>
    <w:p>
      <w:pPr>
        <w:widowControl/>
      </w:pPr>
      <w:r>
        <w:t>[Qualification] - [Institution] - [Dates]</w:t>
      </w:r>
    </w:p>
    <w:p>
      <w:pPr>
        <w:widowControl/>
      </w:pPr>
      <w:r>
        <w:t>[Verify dates, status and any credential details before sharing.]</w:t>
      </w:r>
    </w:p>
    <w:sectPr w:rsidR="00FC693F" w:rsidRPr="0006063C" w:rsidSect="00034616"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69" w:lineRule="auto"/>
    </w:pPr>
    <w:rPr>
      <w:rFonts w:ascii="Arial" w:hAnsi="Arial"/>
      <w:color w:val="000000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80" w:after="120"/>
      <w:outlineLvl w:val="0"/>
    </w:pPr>
    <w:rPr>
      <w:rFonts w:asciiTheme="majorHAnsi" w:eastAsiaTheme="majorEastAsia" w:hAnsiTheme="majorHAnsi" w:cstheme="majorBidi" w:ascii="Arial" w:hAnsi="Arial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2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000000"/>
      <w:spacing w:val="5"/>
      <w:kern w:val="28"/>
      <w:sz w:val="5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Arial" w:hAnsi="Arial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ATS Resume</dc:title>
  <dc:subject>Original editable document starter</dc:subject>
  <dc:creator>WPS Explore</dc:creator>
  <cp:keywords/>
  <dc:description>generated by python-docx</dc:description>
  <cp:lastModifiedBy/>
  <cp:revision>1</cp:revision>
  <dcterms:created xsi:type="dcterms:W3CDTF">2026-10-30T00:00:00Z</dcterms:created>
  <dcterms:modified xsi:type="dcterms:W3CDTF">2026-10-30T00:00:00Z</dcterms:modified>
  <cp:category/>
</cp:coreProperties>
</file>