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300" w:after="440" w:line="259" w:lineRule="auto"/>
        <w:jc w:val="center"/>
      </w:pPr>
      <w:r>
        <w:rPr>
          <w:rFonts w:ascii="Arial" w:hAnsi="Arial"/>
          <w:b/>
          <w:color w:val="8B672E"/>
          <w:sz w:val="22"/>
        </w:rPr>
        <w:t>PRESENTED BY [ORGANIZATION]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173C3C"/>
          <w:sz w:val="64"/>
        </w:rPr>
        <w:t>Award Certificate</w:t>
      </w:r>
    </w:p>
    <w:p>
      <w:pPr>
        <w:widowControl/>
        <w:spacing w:before="280" w:after="240" w:line="259" w:lineRule="auto"/>
        <w:jc w:val="center"/>
      </w:pPr>
      <w:r>
        <w:rPr>
          <w:rFonts w:ascii="Georgia" w:hAnsi="Georgia"/>
          <w:b w:val="0"/>
          <w:color w:val="67766B"/>
          <w:sz w:val="26"/>
        </w:rPr>
        <w:t>Presented to</w:t>
      </w:r>
    </w:p>
    <w:p>
      <w:pPr>
        <w:widowControl/>
        <w:spacing w:before="0" w:after="400" w:line="259" w:lineRule="auto"/>
        <w:jc w:val="center"/>
      </w:pPr>
      <w:r>
        <w:rPr>
          <w:rFonts w:ascii="Georgia" w:hAnsi="Georgia"/>
          <w:b/>
          <w:color w:val="173C3C"/>
          <w:sz w:val="72"/>
        </w:rPr>
        <w:t>Recipient Name</w:t>
      </w:r>
    </w:p>
    <w:p>
      <w:pPr>
        <w:widowControl/>
        <w:spacing w:before="0" w:after="240" w:line="259" w:lineRule="auto"/>
        <w:jc w:val="center"/>
      </w:pPr>
      <w:r>
        <w:rPr>
          <w:rFonts w:ascii="Georgia" w:hAnsi="Georgia"/>
          <w:b w:val="0"/>
          <w:color w:val="000000"/>
          <w:sz w:val="32"/>
        </w:rPr>
        <w:t>Recipient of the [Award name] award.</w:t>
      </w:r>
    </w:p>
    <w:p>
      <w:pPr>
        <w:widowControl/>
        <w:spacing w:before="0" w:after="640" w:line="259" w:lineRule="auto"/>
        <w:jc w:val="center"/>
      </w:pPr>
      <w:r>
        <w:rPr>
          <w:rFonts w:ascii="Arial" w:hAnsi="Arial"/>
          <w:b w:val="0"/>
          <w:color w:val="000000"/>
          <w:sz w:val="24"/>
        </w:rPr>
        <w:t>[Program, event or achievement]</w:t>
        <w:br/>
        <w:t>[Date or period]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768"/>
      </w:tblGrid>
      <w:tr>
        <w:trPr>
          <w:cantSplit/>
        </w:trPr>
        <w:tc>
          <w:tcPr>
            <w:tcW w:type="dxa" w:w="6768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color w:val="6B633E"/>
                <w:sz w:val="22"/>
              </w:rPr>
              <w:t>________________________</w:t>
              <w:br/>
              <w:t>[Name and title]</w:t>
              <w:br/>
              <w:t>Authorized signature</w:t>
            </w:r>
          </w:p>
        </w:tc>
        <w:tc>
          <w:tcPr>
            <w:tcW w:type="dxa" w:w="6768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color w:val="6B633E"/>
                <w:sz w:val="22"/>
              </w:rPr>
              <w:t>________________________</w:t>
              <w:br/>
              <w:t>[Issue date]</w:t>
              <w:br/>
              <w:t>Reference [Number]</w:t>
            </w:r>
          </w:p>
        </w:tc>
      </w:tr>
    </w:tbl>
    <w:sectPr w:rsidR="00FC693F" w:rsidRPr="0006063C" w:rsidSect="00034616">
      <w:pgSz w:w="15840" w:h="12240"/>
      <w:pgMar w:top="1152" w:right="1152" w:bottom="1152" w:left="1152" w:header="720" w:footer="720" w:gutter="0"/>
      <w:cols w:space="720"/>
      <w:docGrid w:linePitch="360"/>
      <w:pgBorders w:offsetFrom="page">
        <w:top w:val="double" w:sz="10" w:space="20" w:color="B99450"/>
        <w:left w:val="double" w:sz="10" w:space="20" w:color="B99450"/>
        <w:bottom w:val="double" w:sz="10" w:space="20" w:color="B99450"/>
        <w:right w:val="double" w:sz="10" w:space="20" w:color="B99450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Certificate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