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360" w:after="480" w:line="259" w:lineRule="auto"/>
        <w:jc w:val="center"/>
      </w:pPr>
      <w:r>
        <w:rPr>
          <w:rFonts w:ascii="Arial" w:hAnsi="Arial"/>
          <w:b/>
          <w:color w:val="7D573C"/>
          <w:sz w:val="18"/>
        </w:rPr>
        <w:t>[GENRE OR COLLECTION]</w:t>
      </w:r>
    </w:p>
    <w:p>
      <w:pPr>
        <w:pStyle w:val="Title"/>
        <w:widowControl/>
        <w:spacing w:before="0" w:after="340" w:line="259" w:lineRule="auto"/>
        <w:jc w:val="center"/>
      </w:pPr>
      <w:r>
        <w:rPr>
          <w:rFonts w:ascii="Georgia" w:hAnsi="Georgia"/>
          <w:b/>
          <w:color w:val="173C4B"/>
          <w:sz w:val="84"/>
        </w:rPr>
        <w:t>Your</w:t>
        <w:br/>
        <w:t>Book Title</w:t>
      </w:r>
    </w:p>
    <w:p>
      <w:pPr>
        <w:widowControl/>
        <w:spacing w:before="0" w:after="480" w:line="259" w:lineRule="auto"/>
        <w:jc w:val="center"/>
      </w:pPr>
      <w:r>
        <w:rPr>
          <w:rFonts w:ascii="Georgia" w:hAnsi="Georgia"/>
          <w:b w:val="0"/>
          <w:color w:val="516568"/>
          <w:sz w:val="28"/>
        </w:rPr>
        <w:t>[A short subtitle]</w:t>
      </w:r>
    </w:p>
    <w:p>
      <w:pPr>
        <w:spacing w:before="0" w:after="44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46320" cy="3230880"/>
            <wp:docPr id="1" name="Picture 1" descr="Original illustrated coastal hills, a winding path and a small su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ok-landscape-v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3230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0" w:after="0" w:line="259" w:lineRule="auto"/>
        <w:jc w:val="center"/>
      </w:pPr>
      <w:r>
        <w:rPr>
          <w:rFonts w:ascii="Arial" w:hAnsi="Arial"/>
          <w:b/>
          <w:color w:val="173C4B"/>
          <w:sz w:val="24"/>
        </w:rPr>
        <w:t>[AUTHOR NAME]</w:t>
      </w:r>
    </w:p>
    <w:p>
      <w:pPr>
        <w:pageBreakBefore/>
        <w:widowControl/>
        <w:spacing w:before="600" w:after="500" w:line="259" w:lineRule="auto"/>
      </w:pPr>
      <w:r>
        <w:rPr>
          <w:rFonts w:ascii="Georgia" w:hAnsi="Georgia"/>
          <w:b/>
          <w:color w:val="000000"/>
          <w:sz w:val="48"/>
        </w:rPr>
        <w:t>About this book</w:t>
      </w:r>
    </w:p>
    <w:p>
      <w:pPr>
        <w:widowControl/>
        <w:spacing w:before="0" w:after="440" w:line="259" w:lineRule="auto"/>
      </w:pPr>
      <w:r>
        <w:rPr>
          <w:rFonts w:ascii="Georgia" w:hAnsi="Georgia"/>
          <w:b w:val="0"/>
          <w:color w:val="000000"/>
          <w:sz w:val="28"/>
        </w:rPr>
        <w:t>[Introduce the central question, story or idea. Explain what the reader will discover without giving away the whole book.]</w:t>
      </w:r>
    </w:p>
    <w:p>
      <w:pPr>
        <w:widowControl/>
        <w:spacing w:before="0" w:after="900" w:line="259" w:lineRule="auto"/>
      </w:pPr>
      <w:r>
        <w:rPr>
          <w:rFonts w:ascii="Georgia" w:hAnsi="Georgia"/>
          <w:b w:val="0"/>
          <w:color w:val="000000"/>
          <w:sz w:val="28"/>
        </w:rPr>
        <w:t>[Add a second paragraph describing the intended reader and what makes the book distinctive. Use only accurate claims.]</w:t>
      </w:r>
    </w:p>
    <w:p>
      <w:pPr>
        <w:widowControl/>
        <w:spacing w:before="0" w:after="240" w:line="259" w:lineRule="auto"/>
      </w:pPr>
      <w:r>
        <w:rPr>
          <w:rFonts w:ascii="Arial" w:hAnsi="Arial"/>
          <w:b/>
          <w:color w:val="000000"/>
          <w:sz w:val="26"/>
        </w:rPr>
        <w:t>About the author</w:t>
      </w:r>
    </w:p>
    <w:p>
      <w:pPr>
        <w:widowControl/>
        <w:spacing w:before="0" w:after="500" w:line="259" w:lineRule="auto"/>
      </w:pPr>
      <w:r>
        <w:rPr>
          <w:rFonts w:ascii="Arial" w:hAnsi="Arial"/>
          <w:b w:val="0"/>
          <w:color w:val="000000"/>
          <w:sz w:val="24"/>
        </w:rPr>
        <w:t>[A short factual author biography.]</w:t>
      </w:r>
    </w:p>
    <w:p>
      <w:pPr>
        <w:widowControl/>
        <w:spacing w:before="0" w:after="0" w:line="259" w:lineRule="auto"/>
      </w:pPr>
      <w:r>
        <w:rPr>
          <w:rFonts w:ascii="Arial" w:hAnsi="Arial"/>
          <w:b w:val="0"/>
          <w:color w:val="586170"/>
          <w:sz w:val="20"/>
        </w:rPr>
        <w:t>[Website or publisher]</w:t>
      </w:r>
    </w:p>
    <w:sectPr w:rsidR="00FC693F" w:rsidRPr="0006063C" w:rsidSect="00034616">
      <w:pgSz w:w="8640" w:h="12960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Cover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