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Book Manuscript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Book title</w:t>
      </w:r>
    </w:p>
    <w:p>
      <w:pPr>
        <w:widowControl/>
      </w:pPr>
      <w:r>
        <w:t>[Book title]</w:t>
      </w:r>
    </w:p>
    <w:p>
      <w:pPr>
        <w:widowControl/>
      </w:pPr>
      <w:r>
        <w:t>[Subtitle if needed]</w:t>
      </w:r>
    </w:p>
    <w:p>
      <w:pPr>
        <w:widowControl/>
      </w:pPr>
      <w:r>
        <w:t>[Author]</w:t>
      </w:r>
    </w:p>
    <w:p>
      <w:pPr>
        <w:widowControl/>
      </w:pPr>
      <w:r>
        <w:t>[Contact or imprint if appropriate]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Contents</w:t>
      </w:r>
    </w:p>
    <w:p>
      <w:pPr>
        <w:widowControl/>
      </w:pPr>
      <w:r>
        <w:t>Chapter one: [Title]</w:t>
      </w:r>
    </w:p>
    <w:p>
      <w:pPr>
        <w:widowControl/>
      </w:pPr>
      <w:r>
        <w:t>Chapter two: [Title]</w:t>
      </w:r>
    </w:p>
    <w:p>
      <w:pPr>
        <w:widowControl/>
      </w:pPr>
      <w:r>
        <w:t>Chapter three: [Title]</w:t>
      </w:r>
    </w:p>
    <w:p>
      <w:pPr>
        <w:widowControl/>
      </w:pPr>
      <w:r>
        <w:t>Update the contents when your chapter structure is final.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Chapter one</w:t>
      </w:r>
    </w:p>
    <w:p>
      <w:pPr>
        <w:widowControl/>
      </w:pPr>
      <w:r>
        <w:t>[Begin with the scene, question or idea that introduces this chapter. Continue in the body style and use paragraph breaks deliberately.]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Chapter two</w:t>
      </w:r>
    </w:p>
    <w:p>
      <w:pPr>
        <w:widowControl/>
      </w:pPr>
      <w:r>
        <w:t>[Develop the next part of the story or argument. Use heading styles consistently and insert your own content.]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Chapter three</w:t>
      </w:r>
    </w:p>
    <w:p>
      <w:pPr>
        <w:widowControl/>
      </w:pPr>
      <w:r>
        <w:t>[Continue the narrative or explanation. Check that transitions and character or term names stay consistent.]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About the author</w:t>
      </w:r>
    </w:p>
    <w:p>
      <w:pPr>
        <w:widowControl/>
      </w:pPr>
      <w:r>
        <w:t>[Write a brief factual biography.]</w:t>
      </w:r>
    </w:p>
    <w:p>
      <w:pPr>
        <w:widowControl/>
      </w:pPr>
      <w:r>
        <w:t>[Acknowledgements, references or further reading may be added when relevant.]</w:t>
      </w:r>
    </w:p>
    <w:p>
      <w:pPr>
        <w:widowControl/>
      </w:pPr>
      <w:r>
        <w:rPr>
          <w:i/>
        </w:rPr>
        <w:t>[Add the details and evidence for this section.]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Manuscript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