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Bullet Journal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Index and key</w:t>
      </w:r>
    </w:p>
    <w:p>
      <w:pPr>
        <w:widowControl/>
      </w:pPr>
      <w:r>
        <w:t>Index: [Page and topic]. Key: task [ ], completed [x], note [-], event [o]. Choose a small set of symbols you can use consistently.</w:t>
      </w:r>
    </w:p>
    <w:p>
      <w:pPr>
        <w:pStyle w:val="Heading1"/>
      </w:pPr>
      <w:r>
        <w:t>Daily log</w:t>
      </w:r>
    </w:p>
    <w:p>
      <w:pPr>
        <w:widowControl/>
      </w:pPr>
      <w:r>
        <w:t>Date: [Date]</w:t>
      </w:r>
    </w:p>
    <w:p>
      <w:pPr>
        <w:widowControl/>
      </w:pPr>
      <w:r>
        <w:t>Tasks: [Priorities]</w:t>
      </w:r>
    </w:p>
    <w:p>
      <w:pPr>
        <w:widowControl/>
      </w:pPr>
      <w:r>
        <w:t>Events: [Appointments]</w:t>
      </w:r>
    </w:p>
    <w:p>
      <w:pPr>
        <w:widowControl/>
      </w:pPr>
      <w:r>
        <w:t>Notes: [Ideas or observations]</w:t>
      </w:r>
    </w:p>
    <w:p>
      <w:pPr>
        <w:widowControl/>
      </w:pPr>
      <w:r>
        <w:t>Carry forward: [Unfinished item and new date]</w:t>
      </w:r>
    </w:p>
    <w:p>
      <w:pPr>
        <w:pStyle w:val="Heading1"/>
      </w:pPr>
      <w:r>
        <w:t>Weekly reflection</w:t>
      </w:r>
    </w:p>
    <w:p>
      <w:pPr>
        <w:widowControl/>
      </w:pPr>
      <w:r>
        <w:t>What worked: [Observation]. What needs attention: [Issue]. What to stop or simplify: [Choice]. Focus for next week: [Priority].</w:t>
      </w:r>
    </w:p>
    <w:p>
      <w:pPr>
        <w:widowControl/>
      </w:pPr>
      <w:r>
        <w:br/>
        <w:t>Additional notes</w:t>
        <w:br/>
        <w:br/>
        <w:t>[Your notes]</w:t>
        <w:br/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 Journal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