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637"/>
      </w:tblGrid>
      <w:tr>
        <w:trPr>
          <w:cantSplit/>
        </w:trPr>
        <w:tc>
          <w:tcPr>
            <w:tcW w:type="dxa" w:w="4637"/>
            <w:vAlign w:val="center"/>
            <w:tcMar>
              <w:top w:w="140" w:type="dxa"/>
              <w:left w:w="140" w:type="dxa"/>
              <w:bottom w:w="140" w:type="dxa"/>
              <w:right w:w="140" w:type="dxa"/>
            </w:tcMar>
            <w:shd w:fill="173C3C"/>
          </w:tcPr>
          <w:p>
            <w:pPr>
              <w:spacing w:after="80" w:line="240" w:lineRule="auto" w:before="0"/>
            </w:pPr>
            <w:r>
              <w:rPr>
                <w:rFonts w:ascii="Arial" w:hAnsi="Arial"/>
                <w:b w:val="0"/>
                <w:sz w:val="22"/>
              </w:rPr>
            </w:r>
            <w:r>
              <w:rPr>
                <w:rFonts w:ascii="Arial" w:hAnsi="Arial"/>
                <w:b/>
                <w:color w:val="BEE9D5"/>
                <w:sz w:val="15"/>
              </w:rPr>
              <w:t>[YOUR COMPANY]</w:t>
            </w:r>
          </w:p>
          <w:p>
            <w:pPr>
              <w:pStyle w:val="Title"/>
              <w:spacing w:before="0" w:after="80" w:line="240" w:lineRule="auto"/>
            </w:pPr>
            <w:r>
              <w:rPr>
                <w:rFonts w:ascii="Arial" w:hAnsi="Arial"/>
                <w:b/>
                <w:color w:val="FFFFFF"/>
                <w:sz w:val="42"/>
              </w:rPr>
              <w:t>Your Name</w:t>
            </w:r>
          </w:p>
          <w:p>
            <w:pPr>
              <w:spacing w:before="0" w:after="80" w:line="240" w:lineRule="auto"/>
            </w:pPr>
            <w:r>
              <w:rPr>
                <w:rFonts w:ascii="Arial" w:hAnsi="Arial"/>
                <w:b w:val="0"/>
                <w:color w:val="E7F3EF"/>
                <w:sz w:val="17"/>
              </w:rPr>
              <w:t>[Your role]</w:t>
            </w:r>
          </w:p>
          <w:p>
            <w:pPr>
              <w:spacing w:before="0" w:after="80" w:line="240" w:lineRule="auto"/>
            </w:pPr>
            <w:r>
              <w:rPr>
                <w:rFonts w:ascii="Arial" w:hAnsi="Arial"/>
                <w:b w:val="0"/>
                <w:color w:val="FFFFFF"/>
                <w:sz w:val="15"/>
              </w:rPr>
              <w:t>[email@example.com]  [Phone]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BEE9D5"/>
                <w:sz w:val="16"/>
              </w:rPr>
              <w:t>[yourwebsite.com]</w:t>
            </w:r>
          </w:p>
        </w:tc>
      </w:tr>
    </w:tbl>
    <w:p>
      <w:pPr>
        <w:spacing w:after="0" w:before="0" w:line="240" w:lineRule="auto"/>
      </w:pPr>
      <w:r>
        <w:rPr>
          <w:sz w:val="2"/>
        </w:rPr>
      </w:r>
    </w:p>
    <w:p>
      <w:pPr>
        <w:pageBreakBefore/>
        <w:widowControl/>
        <w:spacing w:before="0" w:after="280" w:line="259" w:lineRule="auto"/>
        <w:jc w:val="center"/>
      </w:pPr>
      <w:r>
        <w:rPr>
          <w:rFonts w:ascii="Arial" w:hAnsi="Arial"/>
          <w:b/>
          <w:color w:val="173C3C"/>
          <w:sz w:val="18"/>
        </w:rPr>
        <w:t>[YOUR COMPANY]</w:t>
      </w:r>
    </w:p>
    <w:p>
      <w:pPr>
        <w:widowControl/>
        <w:spacing w:before="0" w:after="180" w:line="259" w:lineRule="auto"/>
        <w:jc w:val="center"/>
      </w:pPr>
      <w:r>
        <w:rPr>
          <w:rFonts w:ascii="Arial" w:hAnsi="Arial"/>
          <w:b/>
          <w:color w:val="173C3C"/>
          <w:sz w:val="40"/>
        </w:rPr>
        <w:t>What you do</w:t>
      </w:r>
    </w:p>
    <w:p>
      <w:pPr>
        <w:widowControl/>
        <w:spacing w:before="0" w:after="200" w:line="259" w:lineRule="auto"/>
        <w:jc w:val="center"/>
      </w:pPr>
      <w:r>
        <w:rPr>
          <w:rFonts w:ascii="Arial" w:hAnsi="Arial"/>
          <w:b w:val="0"/>
          <w:color w:val="42605B"/>
          <w:sz w:val="17"/>
        </w:rPr>
        <w:t>[A clear one-line description</w:t>
        <w:br/>
        <w:t>of your service]</w:t>
      </w:r>
    </w:p>
    <w:p>
      <w:pPr>
        <w:widowControl/>
        <w:spacing w:before="0" w:after="0" w:line="259" w:lineRule="auto"/>
        <w:jc w:val="center"/>
      </w:pPr>
      <w:r>
        <w:rPr>
          <w:rFonts w:ascii="Arial" w:hAnsi="Arial"/>
          <w:b/>
          <w:color w:val="173C3C"/>
          <w:sz w:val="16"/>
        </w:rPr>
        <w:t>[Website or appointment contact]</w:t>
      </w:r>
    </w:p>
    <w:sectPr w:rsidR="00FC693F" w:rsidRPr="0006063C" w:rsidSect="00034616">
      <w:pgSz w:w="5040" w:h="2880"/>
      <w:pgMar w:top="202" w:right="202" w:bottom="202" w:left="20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Card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