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Business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name]</w:t>
      </w:r>
    </w:p>
    <w:p>
      <w:pPr>
        <w:widowControl/>
      </w:pPr>
      <w:r>
        <w:t>[Organization]</w:t>
      </w:r>
    </w:p>
    <w:p>
      <w:pPr>
        <w:widowControl/>
      </w:pPr>
      <w:r>
        <w:t>[Address]</w:t>
      </w:r>
    </w:p>
    <w:p>
      <w:pPr>
        <w:widowControl/>
      </w:pPr>
      <w:r>
        <w:t>[Date]</w:t>
      </w:r>
    </w:p>
    <w:p>
      <w:pPr>
        <w:widowControl/>
      </w:pPr>
      <w:r>
        <w:t>[Recipient name and address]</w:t>
      </w:r>
    </w:p>
    <w:p>
      <w:pPr>
        <w:widowControl/>
      </w:pPr>
      <w:r>
        <w:t>Dear [Recipient],</w:t>
      </w:r>
    </w:p>
    <w:p>
      <w:pPr>
        <w:widowControl/>
      </w:pPr>
      <w:r>
        <w:t>I am writing regarding [Subject]. We would like [Specific request] by [Date] so that [Reason]. Relevant background is [Brief context].</w:t>
      </w:r>
    </w:p>
    <w:p>
      <w:pPr>
        <w:widowControl/>
      </w:pPr>
      <w:r>
        <w:t>Please send [Required information] to [Contact]. If you need clarification, I can be reached at [Contact details]. Thank you for your attention.</w:t>
      </w:r>
    </w:p>
    <w:p>
      <w:pPr>
        <w:widowControl/>
      </w:pPr>
      <w:r>
        <w:t>Sincerely,</w:t>
      </w:r>
    </w:p>
    <w:p>
      <w:pPr>
        <w:widowControl/>
      </w:pPr>
      <w:r>
        <w:t>[Name and title]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