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Business Portfolio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Business introduction</w:t>
      </w:r>
    </w:p>
    <w:p>
      <w:pPr>
        <w:widowControl/>
      </w:pPr>
      <w:r>
        <w:t>[Business name] provides [Offer] for [Customer group]. Our service area is [Location or scope]. Contact: [Details].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Services</w:t>
      </w:r>
    </w:p>
    <w:p>
      <w:pPr>
        <w:widowControl/>
      </w:pPr>
      <w:r>
        <w:t>Service one: [What is delivered]. Service two: [Outcome and scope]. Explain exclusions and how a project begins.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Project example one</w:t>
      </w:r>
    </w:p>
    <w:p>
      <w:pPr>
        <w:widowControl/>
      </w:pPr>
      <w:r>
        <w:t>Client or sector: [Authorized detail]. Need: [Problem]. Work: [Actual contribution]. Result: [Verified outcome and period].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Project example two</w:t>
      </w:r>
    </w:p>
    <w:p>
      <w:pPr>
        <w:widowControl/>
      </w:pPr>
      <w:r>
        <w:t>Describe another relevant project using the same fields. Obtain permission before publishing names, images or performance figures.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Team and delivery</w:t>
      </w:r>
    </w:p>
    <w:p>
      <w:pPr>
        <w:widowControl/>
      </w:pPr>
      <w:r>
        <w:t>Team roles: [Responsibilities]. Delivery process: [Stages]. Quality review: [Process]. Relevant credentials: [Verified details].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Enquiries</w:t>
      </w:r>
    </w:p>
    <w:p>
      <w:pPr>
        <w:widowControl/>
      </w:pPr>
      <w:r>
        <w:t>For a project enquiry, provide [Useful information]. Contact [Name or team] at [Details]. Confirm current availability and service terms separately.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Portfolio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