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300" w:after="440" w:line="259" w:lineRule="auto"/>
        <w:jc w:val="center"/>
      </w:pPr>
      <w:r>
        <w:rPr>
          <w:rFonts w:ascii="Arial" w:hAnsi="Arial"/>
          <w:b/>
          <w:color w:val="8B672E"/>
          <w:sz w:val="22"/>
        </w:rPr>
        <w:t>PRESENTED BY [ORGANIZATION]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173C3C"/>
          <w:sz w:val="64"/>
        </w:rPr>
        <w:t>Certificate of Completion</w:t>
      </w:r>
    </w:p>
    <w:p>
      <w:pPr>
        <w:widowControl/>
        <w:spacing w:before="280" w:after="240" w:line="259" w:lineRule="auto"/>
        <w:jc w:val="center"/>
      </w:pPr>
      <w:r>
        <w:rPr>
          <w:rFonts w:ascii="Georgia" w:hAnsi="Georgia"/>
          <w:b w:val="0"/>
          <w:color w:val="67766B"/>
          <w:sz w:val="26"/>
        </w:rPr>
        <w:t>Presented to</w:t>
      </w:r>
    </w:p>
    <w:p>
      <w:pPr>
        <w:widowControl/>
        <w:spacing w:before="0" w:after="400" w:line="259" w:lineRule="auto"/>
        <w:jc w:val="center"/>
      </w:pPr>
      <w:r>
        <w:rPr>
          <w:rFonts w:ascii="Georgia" w:hAnsi="Georgia"/>
          <w:b/>
          <w:color w:val="173C3C"/>
          <w:sz w:val="72"/>
        </w:rPr>
        <w:t>Recipient Name</w:t>
      </w:r>
    </w:p>
    <w:p>
      <w:pPr>
        <w:widowControl/>
        <w:spacing w:before="0" w:after="240" w:line="259" w:lineRule="auto"/>
        <w:jc w:val="center"/>
      </w:pPr>
      <w:r>
        <w:rPr>
          <w:rFonts w:ascii="Georgia" w:hAnsi="Georgia"/>
          <w:b w:val="0"/>
          <w:color w:val="000000"/>
          <w:sz w:val="32"/>
        </w:rPr>
        <w:t>For completing [Program or activity].</w:t>
      </w:r>
    </w:p>
    <w:p>
      <w:pPr>
        <w:widowControl/>
        <w:spacing w:before="0" w:after="640" w:line="259" w:lineRule="auto"/>
        <w:jc w:val="center"/>
      </w:pPr>
      <w:r>
        <w:rPr>
          <w:rFonts w:ascii="Arial" w:hAnsi="Arial"/>
          <w:b w:val="0"/>
          <w:color w:val="000000"/>
          <w:sz w:val="24"/>
        </w:rPr>
        <w:t>[Program, event or achievement]</w:t>
        <w:br/>
        <w:t>[Date or period]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768"/>
      </w:tblGrid>
      <w:tr>
        <w:trPr>
          <w:cantSplit/>
        </w:trPr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[Name and title]</w:t>
              <w:br/>
              <w:t>Authorized signature</w:t>
            </w:r>
          </w:p>
        </w:tc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[Issue date]</w:t>
              <w:br/>
              <w:t>Reference [Number]</w:t>
            </w:r>
          </w:p>
        </w:tc>
      </w:tr>
    </w:tbl>
    <w:sectPr w:rsidR="00FC693F" w:rsidRPr="0006063C" w:rsidSect="00034616">
      <w:pgSz w:w="15840" w:h="12240"/>
      <w:pgMar w:top="1152" w:right="1152" w:bottom="1152" w:left="1152" w:header="720" w:footer="720" w:gutter="0"/>
      <w:cols w:space="720"/>
      <w:docGrid w:linePitch="360"/>
      <w:pgBorders w:offsetFrom="page">
        <w:top w:val="double" w:sz="10" w:space="20" w:color="B99450"/>
        <w:left w:val="double" w:sz="10" w:space="20" w:color="B99450"/>
        <w:bottom w:val="double" w:sz="10" w:space="20" w:color="B99450"/>
        <w:right w:val="double" w:sz="10" w:space="20" w:color="B9945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Completion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