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before="2000" w:after="280" w:line="259" w:lineRule="auto"/>
        <w:jc w:val="center"/>
      </w:pPr>
      <w:r>
        <w:rPr>
          <w:rFonts w:ascii="Times New Roman" w:hAnsi="Times New Roman"/>
          <w:b/>
          <w:color w:val="000000"/>
          <w:sz w:val="32"/>
        </w:rPr>
        <w:t>Paper Title</w:t>
      </w:r>
    </w:p>
    <w:p>
      <w:pPr>
        <w:widowControl/>
        <w:spacing w:before="0" w:after="0" w:line="480" w:lineRule="auto"/>
        <w:jc w:val="center"/>
      </w:pPr>
      <w:r>
        <w:rPr>
          <w:rFonts w:ascii="Times New Roman" w:hAnsi="Times New Roman"/>
          <w:b w:val="0"/>
          <w:color w:val="000000"/>
          <w:sz w:val="24"/>
        </w:rPr>
        <w:t>[Author name]</w:t>
      </w:r>
    </w:p>
    <w:p>
      <w:pPr>
        <w:widowControl/>
        <w:spacing w:before="0" w:after="0" w:line="480" w:lineRule="auto"/>
        <w:jc w:val="center"/>
      </w:pPr>
      <w:r>
        <w:rPr>
          <w:rFonts w:ascii="Times New Roman" w:hAnsi="Times New Roman"/>
          <w:b w:val="0"/>
          <w:color w:val="000000"/>
          <w:sz w:val="24"/>
        </w:rPr>
        <w:t>[Institution or course]</w:t>
      </w:r>
    </w:p>
    <w:p>
      <w:pPr>
        <w:widowControl/>
        <w:spacing w:before="0" w:after="0" w:line="480" w:lineRule="auto"/>
        <w:jc w:val="center"/>
      </w:pPr>
      <w:r>
        <w:rPr>
          <w:rFonts w:ascii="Times New Roman" w:hAnsi="Times New Roman"/>
          <w:b w:val="0"/>
          <w:color w:val="000000"/>
          <w:sz w:val="24"/>
        </w:rPr>
        <w:t>[Instructor]</w:t>
      </w:r>
    </w:p>
    <w:p>
      <w:pPr>
        <w:widowControl/>
        <w:spacing w:before="0" w:after="0" w:line="480" w:lineRule="auto"/>
        <w:jc w:val="center"/>
      </w:pPr>
      <w:r>
        <w:rPr>
          <w:rFonts w:ascii="Times New Roman" w:hAnsi="Times New Roman"/>
          <w:b w:val="0"/>
          <w:color w:val="000000"/>
          <w:sz w:val="24"/>
        </w:rPr>
        <w:t>[Submission date]</w:t>
      </w:r>
    </w:p>
    <w:p>
      <w:pPr>
        <w:pageBreakBefore/>
        <w:widowControl/>
        <w:spacing w:before="0" w:after="0" w:line="480" w:lineRule="auto"/>
        <w:jc w:val="center"/>
      </w:pPr>
      <w:r>
        <w:rPr>
          <w:rFonts w:ascii="Times New Roman" w:hAnsi="Times New Roman"/>
          <w:b/>
          <w:color w:val="000000"/>
          <w:sz w:val="24"/>
        </w:rPr>
        <w:t>Paper Title</w:t>
      </w:r>
    </w:p>
    <w:p>
      <w:pPr>
        <w:widowControl/>
        <w:spacing w:before="0" w:after="0" w:line="480" w:lineRule="auto"/>
        <w:ind w:firstLine="720"/>
      </w:pPr>
      <w:r>
        <w:rPr>
          <w:rFonts w:ascii="Times New Roman" w:hAnsi="Times New Roman"/>
          <w:b w:val="0"/>
          <w:color w:val="000000"/>
          <w:sz w:val="24"/>
        </w:rPr>
        <w:t>[Introduce the question, relevant background and the purpose of the paper. Use a first-line indent and double spacing for body paragraphs.]</w:t>
      </w:r>
    </w:p>
    <w:p>
      <w:pPr>
        <w:widowControl/>
        <w:spacing w:before="240" w:after="0" w:line="480" w:lineRule="auto"/>
      </w:pPr>
      <w:r>
        <w:rPr>
          <w:rFonts w:ascii="Times New Roman" w:hAnsi="Times New Roman"/>
          <w:b/>
          <w:color w:val="000000"/>
          <w:sz w:val="24"/>
        </w:rPr>
        <w:t>Method and evidence</w:t>
      </w:r>
    </w:p>
    <w:p>
      <w:pPr>
        <w:widowControl/>
        <w:spacing w:before="0" w:after="0" w:line="480" w:lineRule="auto"/>
        <w:ind w:firstLine="720"/>
      </w:pPr>
      <w:r>
        <w:rPr>
          <w:rFonts w:ascii="Times New Roman" w:hAnsi="Times New Roman"/>
          <w:b w:val="0"/>
          <w:color w:val="000000"/>
          <w:sz w:val="24"/>
        </w:rPr>
        <w:t>[Explain how the information was collected or how sources were selected. Use citations for evidence and clearly identify limitations.]</w:t>
      </w:r>
    </w:p>
    <w:p>
      <w:pPr>
        <w:widowControl/>
        <w:spacing w:before="240" w:after="0" w:line="480" w:lineRule="auto"/>
      </w:pPr>
      <w:r>
        <w:rPr>
          <w:rFonts w:ascii="Times New Roman" w:hAnsi="Times New Roman"/>
          <w:b/>
          <w:color w:val="000000"/>
          <w:sz w:val="24"/>
        </w:rPr>
        <w:t>Discussion</w:t>
      </w:r>
    </w:p>
    <w:p>
      <w:pPr>
        <w:widowControl/>
        <w:spacing w:before="0" w:after="0" w:line="480" w:lineRule="auto"/>
        <w:ind w:firstLine="720"/>
      </w:pPr>
      <w:r>
        <w:rPr>
          <w:rFonts w:ascii="Times New Roman" w:hAnsi="Times New Roman"/>
          <w:b w:val="0"/>
          <w:color w:val="000000"/>
          <w:sz w:val="24"/>
        </w:rPr>
        <w:t>[Explain what the evidence supports and how it relates to the question. Distinguish findings from interpretation and avoid overstating certainty.]</w:t>
      </w:r>
    </w:p>
    <w:p>
      <w:pPr>
        <w:pageBreakBefore/>
        <w:widowControl/>
        <w:spacing w:before="0" w:after="0" w:line="480" w:lineRule="auto"/>
        <w:jc w:val="center"/>
      </w:pPr>
      <w:r>
        <w:rPr>
          <w:rFonts w:ascii="Times New Roman" w:hAnsi="Times New Roman"/>
          <w:b w:val="0"/>
          <w:color w:val="000000"/>
          <w:sz w:val="24"/>
        </w:rPr>
        <w:t>Bibliography</w:t>
      </w:r>
    </w:p>
    <w:p>
      <w:pPr>
        <w:widowControl/>
        <w:spacing w:before="0" w:after="0" w:line="480" w:lineRule="auto"/>
        <w:ind w:left="720" w:hanging="720"/>
      </w:pPr>
      <w:r>
        <w:rPr>
          <w:rFonts w:ascii="Times New Roman" w:hAnsi="Times New Roman"/>
          <w:b w:val="0"/>
          <w:color w:val="000000"/>
          <w:sz w:val="24"/>
        </w:rPr>
        <w:t>[Author surname], [First name]. [Title of Book]. [Publisher], [Year].</w:t>
      </w:r>
    </w:p>
    <w:p>
      <w:pPr>
        <w:widowControl/>
        <w:spacing w:before="0" w:after="0" w:line="480" w:lineRule="auto"/>
        <w:ind w:left="720" w:hanging="720"/>
      </w:pPr>
      <w:r>
        <w:rPr>
          <w:rFonts w:ascii="Times New Roman" w:hAnsi="Times New Roman"/>
          <w:b w:val="0"/>
          <w:color w:val="000000"/>
          <w:sz w:val="24"/>
        </w:rPr>
        <w:t>[Author surname], [First name]. "[Article Title]." [Journal] [volume], no. [issue] ([year]): [pages].</w:t>
      </w:r>
    </w:p>
    <w:p>
      <w:pPr>
        <w:widowControl/>
        <w:spacing w:before="360" w:after="0" w:line="480" w:lineRule="auto"/>
      </w:pPr>
      <w:r>
        <w:rPr>
          <w:rFonts w:ascii="Times New Roman" w:hAnsi="Times New Roman"/>
          <w:b w:val="0"/>
          <w:color w:val="000000"/>
          <w:sz w:val="24"/>
        </w:rPr>
        <w:t>[Replace these patterns with complete verified references. Follow your institution and the current source-specific style requirements.]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Chicago Style Paper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