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Cover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[Hiring manager], I am applying for the [Role] position at [Company]. Your work on [specific project or service] interests me because [genuine reason].</w:t>
      </w:r>
    </w:p>
    <w:p>
      <w:pPr>
        <w:widowControl/>
      </w:pPr>
      <w:r>
        <w:t>In my role at [Organization], I [specific responsibility]. I improved [process] by [action], with [verified result]. This experience would help me contribute to [requirement in the job description].</w:t>
      </w:r>
    </w:p>
    <w:p>
      <w:pPr>
        <w:widowControl/>
      </w:pPr>
      <w:r>
        <w:t>I would welcome the chance to discuss how my experience fits your team. I am available at [email] or [phone]. Thank you for considering my application.</w:t>
      </w:r>
    </w:p>
    <w:p>
      <w:pPr>
        <w:widowControl/>
      </w:pPr>
      <w:r>
        <w:t>Sincerely,</w:t>
      </w:r>
    </w:p>
    <w:p>
      <w:pPr>
        <w:widowControl/>
      </w:pPr>
      <w:r>
        <w:t>[Your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