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Professional CV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Contact and profile</w:t>
      </w:r>
    </w:p>
    <w:p>
      <w:pPr>
        <w:widowControl/>
      </w:pPr>
      <w:r>
        <w:t>[Full name]</w:t>
      </w:r>
    </w:p>
    <w:p>
      <w:pPr>
        <w:widowControl/>
      </w:pPr>
      <w:r>
        <w:t>[Professional email] [Phone] [City or region] [Portfolio if relevant]</w:t>
      </w:r>
    </w:p>
    <w:p>
      <w:pPr>
        <w:widowControl/>
      </w:pPr>
      <w:r>
        <w:t>[Write two sentences connecting your actual background to professional experience and qualifications.]</w:t>
      </w:r>
    </w:p>
    <w:p>
      <w:pPr>
        <w:pStyle w:val="Heading1"/>
      </w:pPr>
      <w:r>
        <w:t>Relevant experience</w:t>
      </w:r>
    </w:p>
    <w:p>
      <w:pPr>
        <w:widowControl/>
      </w:pPr>
      <w:r>
        <w:t>[Role] - [Organization] - [Dates]</w:t>
      </w:r>
    </w:p>
    <w:p>
      <w:pPr>
        <w:widowControl/>
      </w:pPr>
      <w:r>
        <w:t>[Describe responsibilities and results for the role, with specific evidence.]</w:t>
      </w:r>
    </w:p>
    <w:p>
      <w:pPr>
        <w:widowControl/>
      </w:pPr>
      <w:r>
        <w:t>[Add a second relevant role or project, with dates and your contribution.]</w:t>
      </w:r>
    </w:p>
    <w:p>
      <w:pPr>
        <w:pStyle w:val="Heading1"/>
      </w:pPr>
      <w:r>
        <w:t>Skills</w:t>
      </w:r>
    </w:p>
    <w:p>
      <w:pPr>
        <w:widowControl/>
      </w:pPr>
      <w:r>
        <w:t>[Relevant technical skills] [Tools] [Languages]</w:t>
      </w:r>
    </w:p>
    <w:p>
      <w:pPr>
        <w:widowControl/>
      </w:pPr>
      <w:r>
        <w:t>[Keep only skills you can demonstrate and that are relevant to the role.]</w:t>
      </w:r>
    </w:p>
    <w:p>
      <w:pPr>
        <w:pStyle w:val="Heading1"/>
      </w:pPr>
      <w:r>
        <w:t>Education and credentials</w:t>
      </w:r>
    </w:p>
    <w:p>
      <w:pPr>
        <w:widowControl/>
      </w:pPr>
      <w:r>
        <w:t>[Qualification] - [Institution] - [Dates]</w:t>
      </w:r>
    </w:p>
    <w:p>
      <w:pPr>
        <w:widowControl/>
      </w:pPr>
      <w:r>
        <w:t>[Professional credentials and current status]</w:t>
      </w:r>
    </w:p>
    <w:p>
      <w:pPr>
        <w:widowControl/>
      </w:pPr>
      <w:r>
        <w:t>[Verify dates, status and any credential details before sharing.]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CV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