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Employment Verification Letter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widowControl/>
      </w:pPr>
      <w:r>
        <w:t>[Sender name or organization]</w:t>
        <w:br/>
        <w:t>[Email or business contact]</w:t>
        <w:br/>
        <w:t>[Date]</w:t>
      </w:r>
    </w:p>
    <w:p>
      <w:pPr>
        <w:widowControl/>
      </w:pPr>
      <w:r>
        <w:t>To [Recipient or organization],</w:t>
      </w:r>
    </w:p>
    <w:p>
      <w:pPr>
        <w:widowControl/>
      </w:pPr>
      <w:r>
        <w:t>With the employee's authorization, [Employer] confirms that [Employee name] is employed as [Job title]. Employment began on [Start date]. The current employment status is [Status].</w:t>
      </w:r>
    </w:p>
    <w:p>
      <w:pPr>
        <w:widowControl/>
      </w:pPr>
      <w:r>
        <w:t>This confirmation is limited to the information stated above. For verification, contact [Authorized representative] at [Business contact details].</w:t>
      </w:r>
    </w:p>
    <w:p>
      <w:pPr>
        <w:widowControl/>
      </w:pPr>
      <w:r>
        <w:t>[Name and title]</w:t>
      </w:r>
    </w:p>
    <w:p>
      <w:pPr>
        <w:widowControl/>
      </w:pPr>
      <w:r>
        <w:t>[Signature and date]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Employment Verification Letter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