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Engineer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engineering design and delivery.]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the system or component, your technical contribution and a verified result.]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[Engineering disciplines] [Design or analysis tools] [Standards used]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[Engineering degree] - [Institution] - [Dates]</w:t>
      </w:r>
    </w:p>
    <w:p>
      <w:pPr>
        <w:widowControl/>
      </w:pPr>
      <w:r>
        <w:t>[License or certification only if current and applicable]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