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80" w:line="259" w:lineRule="auto"/>
      </w:pPr>
      <w:r>
        <w:rPr>
          <w:rFonts w:ascii="Arial" w:hAnsi="Arial"/>
          <w:b/>
          <w:color w:val="000000"/>
          <w:sz w:val="26"/>
        </w:rPr>
        <w:t>Envelope address</w:t>
      </w:r>
    </w:p>
    <w:p>
      <w:pPr>
        <w:widowControl/>
        <w:spacing w:before="0" w:after="300" w:line="259" w:lineRule="auto"/>
      </w:pPr>
      <w:r>
        <w:rPr>
          <w:rFonts w:ascii="Arial" w:hAnsi="Arial"/>
          <w:b w:val="0"/>
          <w:color w:val="000000"/>
          <w:sz w:val="18"/>
        </w:rPr>
        <w:t>[Sender name]</w:t>
        <w:br/>
        <w:t>[Street]</w:t>
        <w:br/>
        <w:t>[City, region, postal code]</w:t>
      </w:r>
    </w:p>
    <w:p>
      <w:pPr>
        <w:widowControl/>
        <w:spacing w:before="0" w:after="0" w:line="259" w:lineRule="auto"/>
        <w:ind w:left="4608"/>
      </w:pPr>
      <w:r>
        <w:rPr>
          <w:rFonts w:ascii="Arial" w:hAnsi="Arial"/>
          <w:b w:val="0"/>
          <w:color w:val="000000"/>
          <w:sz w:val="24"/>
        </w:rPr>
        <w:t>[Recipient name]</w:t>
        <w:br/>
        <w:t>[Organization]</w:t>
        <w:br/>
        <w:t>[Street and unit]</w:t>
        <w:br/>
        <w:t>[City, region, postal code]</w:t>
        <w:br/>
        <w:t>[Country]</w:t>
      </w:r>
    </w:p>
    <w:sectPr w:rsidR="00FC693F" w:rsidRPr="0006063C" w:rsidSect="00034616">
      <w:pgSz w:w="13680" w:h="59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Envelope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