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280" w:after="440" w:line="259" w:lineRule="auto"/>
        <w:jc w:val="center"/>
      </w:pPr>
      <w:r>
        <w:rPr>
          <w:rFonts w:ascii="Arial" w:hAnsi="Arial"/>
          <w:b/>
          <w:color w:val="486478"/>
          <w:sz w:val="18"/>
        </w:rPr>
        <w:t>[DATE]  [VENUE]</w:t>
      </w:r>
    </w:p>
    <w:p>
      <w:pPr>
        <w:pStyle w:val="Title"/>
        <w:widowControl/>
        <w:spacing w:before="0" w:after="280" w:line="259" w:lineRule="auto"/>
        <w:jc w:val="center"/>
      </w:pPr>
      <w:r>
        <w:rPr>
          <w:rFonts w:ascii="Georgia" w:hAnsi="Georgia"/>
          <w:b/>
          <w:color w:val="000000"/>
          <w:sz w:val="58"/>
        </w:rPr>
        <w:t>Your event</w:t>
        <w:br/>
        <w:t>program</w:t>
      </w:r>
    </w:p>
    <w:p>
      <w:pPr>
        <w:widowControl/>
        <w:spacing w:before="0" w:after="440" w:line="259" w:lineRule="auto"/>
        <w:jc w:val="center"/>
      </w:pPr>
      <w:r>
        <w:rPr>
          <w:rFonts w:ascii="Georgia" w:hAnsi="Georgia"/>
          <w:b w:val="0"/>
          <w:color w:val="000000"/>
          <w:sz w:val="36"/>
        </w:rPr>
        <w:t>[Name or event title]</w:t>
      </w:r>
    </w:p>
    <w:p>
      <w:pPr>
        <w:widowControl/>
        <w:spacing w:before="300" w:after="200" w:line="259" w:lineRule="auto"/>
        <w:jc w:val="center"/>
      </w:pPr>
      <w:r>
        <w:rPr>
          <w:rFonts w:ascii="Arial" w:hAnsi="Arial"/>
          <w:b/>
          <w:color w:val="000000"/>
          <w:sz w:val="20"/>
        </w:rPr>
        <w:t>PROGRAM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[Time] - [Session and speaker]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[Time] - [Break or activity]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[Time] - [Session and speaker]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[Time] - [Closing]</w:t>
      </w:r>
    </w:p>
    <w:p>
      <w:pPr>
        <w:widowControl/>
        <w:spacing w:before="300" w:after="200" w:line="259" w:lineRule="auto"/>
        <w:jc w:val="center"/>
      </w:pPr>
      <w:r>
        <w:rPr>
          <w:rFonts w:ascii="Arial" w:hAnsi="Arial"/>
          <w:b/>
          <w:color w:val="000000"/>
          <w:sz w:val="20"/>
        </w:rPr>
        <w:t>GUEST INFORMATION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Organizer contact: [Details]. Accessibility support: [Contact]. Venue guidance: [Details]. Acknowledgements: [Approved names].</w:t>
      </w:r>
    </w:p>
    <w:sectPr w:rsidR="00FC693F" w:rsidRPr="0006063C" w:rsidSect="00034616">
      <w:pgSz w:w="792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Program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