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Executive Resume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Contact and profile</w:t>
      </w:r>
    </w:p>
    <w:p>
      <w:pPr>
        <w:widowControl/>
      </w:pPr>
      <w:r>
        <w:t>[Full name]</w:t>
      </w:r>
    </w:p>
    <w:p>
      <w:pPr>
        <w:widowControl/>
      </w:pPr>
      <w:r>
        <w:t>[Professional email] [Phone] [City or region] [Portfolio if relevant]</w:t>
      </w:r>
    </w:p>
    <w:p>
      <w:pPr>
        <w:widowControl/>
      </w:pPr>
      <w:r>
        <w:t>[Write two sentences connecting your actual background to leadership responsibility and organizational outcomes.]</w:t>
      </w:r>
    </w:p>
    <w:p>
      <w:pPr>
        <w:pStyle w:val="Heading1"/>
      </w:pPr>
      <w:r>
        <w:t>Relevant experience</w:t>
      </w:r>
    </w:p>
    <w:p>
      <w:pPr>
        <w:widowControl/>
      </w:pPr>
      <w:r>
        <w:t>[Role] - [Organization] - [Dates]</w:t>
      </w:r>
    </w:p>
    <w:p>
      <w:pPr>
        <w:widowControl/>
      </w:pPr>
      <w:r>
        <w:t>[Describe the organization scale, your decision responsibility and verified outcomes with period and context.]</w:t>
      </w:r>
    </w:p>
    <w:p>
      <w:pPr>
        <w:widowControl/>
      </w:pPr>
      <w:r>
        <w:t>[Add a second relevant role or project, with dates and your contribution.]</w:t>
      </w:r>
    </w:p>
    <w:p>
      <w:pPr>
        <w:pStyle w:val="Heading1"/>
      </w:pPr>
      <w:r>
        <w:t>Skills</w:t>
      </w:r>
    </w:p>
    <w:p>
      <w:pPr>
        <w:widowControl/>
      </w:pPr>
      <w:r>
        <w:t>[Strategy] [Team leadership] [Operating responsibility] [Relevant industry expertise]</w:t>
      </w:r>
    </w:p>
    <w:p>
      <w:pPr>
        <w:widowControl/>
      </w:pPr>
      <w:r>
        <w:t>[Keep only skills you can demonstrate and that are relevant to the role.]</w:t>
      </w:r>
    </w:p>
    <w:p>
      <w:pPr>
        <w:pStyle w:val="Heading1"/>
      </w:pPr>
      <w:r>
        <w:t>Education and credentials</w:t>
      </w:r>
    </w:p>
    <w:p>
      <w:pPr>
        <w:widowControl/>
      </w:pPr>
      <w:r>
        <w:t>[Qualification] - [Institution] - [Dates]</w:t>
      </w:r>
    </w:p>
    <w:p>
      <w:pPr>
        <w:widowControl/>
      </w:pPr>
      <w:r>
        <w:t>[Relevant board or professional roles]</w:t>
      </w:r>
    </w:p>
    <w:p>
      <w:pPr>
        <w:widowControl/>
      </w:pPr>
      <w:r>
        <w:t>[Verify dates, status and any credential details before sharing.]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Resume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