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Experience Certificate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[Organization] confirms that [Employee name] worked as [Job title] from [Start date] to [End date or present]. This statement is issued on [Date] at the employee's request.</w:t>
      </w:r>
    </w:p>
    <w:p>
      <w:pPr>
        <w:widowControl/>
      </w:pPr>
      <w:r>
        <w:t>During this period, the employee was responsible for [Verified responsibilities]. Include only factual information authorized for disclosure.</w:t>
      </w:r>
    </w:p>
    <w:p>
      <w:pPr>
        <w:widowControl/>
      </w:pPr>
      <w:r>
        <w:t>Issued by [Authorized representative]</w:t>
      </w:r>
    </w:p>
    <w:p>
      <w:pPr>
        <w:widowControl/>
      </w:pPr>
      <w:r>
        <w:t>[Title]</w:t>
      </w:r>
    </w:p>
    <w:p>
      <w:pPr>
        <w:widowControl/>
      </w:pPr>
      <w:r>
        <w:t>[Business contact]</w:t>
      </w:r>
    </w:p>
    <w:p>
      <w:pPr>
        <w:widowControl/>
      </w:pPr>
      <w:r>
        <w:t>[Signature and date]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Certificate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