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Fax Cover Sheet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pStyle w:val="Heading1"/>
      </w:pPr>
      <w:r>
        <w:t>Transmission details</w:t>
      </w:r>
    </w:p>
    <w:p>
      <w:pPr>
        <w:widowControl/>
      </w:pPr>
      <w:r>
        <w:t>To: [Recipient]</w:t>
      </w:r>
    </w:p>
    <w:p>
      <w:pPr>
        <w:widowControl/>
      </w:pPr>
      <w:r>
        <w:t>Organization: [Company]</w:t>
      </w:r>
    </w:p>
    <w:p>
      <w:pPr>
        <w:widowControl/>
      </w:pPr>
      <w:r>
        <w:t>Fax: [Destination number]</w:t>
      </w:r>
    </w:p>
    <w:p>
      <w:pPr>
        <w:widowControl/>
      </w:pPr>
      <w:r>
        <w:t>From: [Sender]</w:t>
      </w:r>
    </w:p>
    <w:p>
      <w:pPr>
        <w:widowControl/>
      </w:pPr>
      <w:r>
        <w:t>Return contact: [Phone or email]</w:t>
      </w:r>
    </w:p>
    <w:p>
      <w:pPr>
        <w:widowControl/>
      </w:pPr>
      <w:r>
        <w:t>Date and time: [Details]</w:t>
      </w:r>
    </w:p>
    <w:p>
      <w:pPr>
        <w:pStyle w:val="Heading1"/>
      </w:pPr>
      <w:r>
        <w:t>Document summary</w:t>
      </w:r>
    </w:p>
    <w:p>
      <w:pPr>
        <w:widowControl/>
      </w:pPr>
      <w:r>
        <w:t>Subject: [Short description]</w:t>
      </w:r>
    </w:p>
    <w:p>
      <w:pPr>
        <w:widowControl/>
      </w:pPr>
      <w:r>
        <w:t>Pages including this cover: [Number]</w:t>
      </w:r>
    </w:p>
    <w:p>
      <w:pPr>
        <w:widowControl/>
      </w:pPr>
      <w:r>
        <w:t>Requested action: [Review, reply or file]</w:t>
      </w:r>
    </w:p>
    <w:p>
      <w:pPr>
        <w:widowControl/>
      </w:pPr>
      <w:r>
        <w:t>Reply by: [Date if applicable]</w:t>
      </w:r>
    </w:p>
    <w:p>
      <w:pPr>
        <w:pStyle w:val="Heading1"/>
      </w:pPr>
      <w:r>
        <w:t>Message</w:t>
      </w:r>
    </w:p>
    <w:p>
      <w:pPr>
        <w:widowControl/>
      </w:pPr>
      <w:r>
        <w:t>[Write a brief note explaining the documents and any requested response.]</w:t>
      </w:r>
    </w:p>
    <w:p>
      <w:pPr>
        <w:widowControl/>
      </w:pPr>
      <w:r>
        <w:t>If this was sent to the wrong recipient, please contact the sender using the details above.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 Cover Sheet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