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0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858000" cy="4572000"/>
            <wp:docPr id="1" name="Picture 1" descr="Original cobalt, coral and ochre creative-workshop still-life illustration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yer-editorial-v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5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spacing w:before="0" w:after="180" w:line="259" w:lineRule="auto"/>
      </w:pPr>
      <w:r>
        <w:rPr>
          <w:rFonts w:ascii="Arial" w:hAnsi="Arial"/>
          <w:b/>
          <w:color w:val="B44124"/>
          <w:sz w:val="20"/>
        </w:rPr>
        <w:t>[EVENT CATEGORY]</w:t>
      </w:r>
    </w:p>
    <w:p>
      <w:pPr>
        <w:pStyle w:val="Title"/>
        <w:widowControl/>
        <w:spacing w:before="0" w:after="260" w:line="259" w:lineRule="auto"/>
      </w:pPr>
      <w:r>
        <w:rPr>
          <w:rFonts w:ascii="Georgia" w:hAnsi="Georgia"/>
          <w:b/>
          <w:color w:val="18365D"/>
          <w:sz w:val="68"/>
        </w:rPr>
        <w:t>Your event starts here</w:t>
      </w:r>
    </w:p>
    <w:p>
      <w:pPr>
        <w:widowControl/>
        <w:spacing w:before="0" w:after="320" w:line="259" w:lineRule="auto"/>
      </w:pPr>
      <w:r>
        <w:rPr>
          <w:rFonts w:ascii="Arial" w:hAnsi="Arial"/>
          <w:b w:val="0"/>
          <w:color w:val="3D4E5D"/>
          <w:sz w:val="28"/>
        </w:rPr>
        <w:t>[A clear sentence inviting the right audience.]</w:t>
      </w:r>
    </w:p>
    <w:p>
      <w:pPr>
        <w:widowControl/>
        <w:spacing w:before="0" w:after="160" w:line="259" w:lineRule="auto"/>
      </w:pPr>
      <w:r>
        <w:rPr>
          <w:rFonts w:ascii="Arial" w:hAnsi="Arial"/>
          <w:b/>
          <w:color w:val="B44124"/>
          <w:sz w:val="38"/>
        </w:rPr>
        <w:t>[DAY]  [MONTH]  [DATE]</w:t>
      </w:r>
    </w:p>
    <w:p>
      <w:pPr>
        <w:widowControl/>
        <w:spacing w:before="0" w:after="300" w:line="259" w:lineRule="auto"/>
      </w:pPr>
      <w:r>
        <w:rPr>
          <w:rFonts w:ascii="Arial" w:hAnsi="Arial"/>
          <w:b w:val="0"/>
          <w:color w:val="18365D"/>
          <w:sz w:val="24"/>
        </w:rPr>
        <w:t>[Time]  |  [Venue]</w:t>
        <w:br/>
        <w:t>[Address or online location]</w:t>
      </w:r>
    </w:p>
    <w:p>
      <w:pPr>
        <w:widowControl/>
        <w:spacing w:before="0" w:after="140" w:line="259" w:lineRule="auto"/>
      </w:pPr>
      <w:r>
        <w:rPr>
          <w:rFonts w:ascii="Arial" w:hAnsi="Arial"/>
          <w:b/>
          <w:color w:val="18365D"/>
          <w:sz w:val="22"/>
        </w:rPr>
        <w:t>[RESERVE YOUR PLACE]  [Website or contact]</w:t>
      </w:r>
    </w:p>
    <w:p>
      <w:pPr>
        <w:widowControl/>
        <w:spacing w:before="0" w:after="0" w:line="259" w:lineRule="auto"/>
      </w:pPr>
      <w:r>
        <w:rPr>
          <w:rFonts w:ascii="Arial" w:hAnsi="Arial"/>
          <w:b w:val="0"/>
          <w:color w:val="536172"/>
          <w:sz w:val="17"/>
        </w:rPr>
        <w:t>[Price or attendance details]  |  [Organizer]</w:t>
        <w:br/>
        <w:t>[Accessibility information]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Flyer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