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/>
        <w:spacing w:before="280" w:after="440" w:line="259" w:lineRule="auto"/>
        <w:jc w:val="center"/>
      </w:pPr>
      <w:r>
        <w:rPr>
          <w:rFonts w:ascii="Arial" w:hAnsi="Arial"/>
          <w:b/>
          <w:color w:val="486478"/>
          <w:sz w:val="18"/>
        </w:rPr>
        <w:t>[DATE]  [VENUE]</w:t>
      </w:r>
    </w:p>
    <w:p>
      <w:pPr>
        <w:pStyle w:val="Title"/>
        <w:widowControl/>
        <w:spacing w:before="0" w:after="280" w:line="259" w:lineRule="auto"/>
        <w:jc w:val="center"/>
      </w:pPr>
      <w:r>
        <w:rPr>
          <w:rFonts w:ascii="Georgia" w:hAnsi="Georgia"/>
          <w:b/>
          <w:color w:val="000000"/>
          <w:sz w:val="58"/>
        </w:rPr>
        <w:t>In loving</w:t>
        <w:br/>
        <w:t>remembrance</w:t>
      </w:r>
    </w:p>
    <w:p>
      <w:pPr>
        <w:widowControl/>
        <w:spacing w:before="0" w:after="440" w:line="259" w:lineRule="auto"/>
        <w:jc w:val="center"/>
      </w:pPr>
      <w:r>
        <w:rPr>
          <w:rFonts w:ascii="Georgia" w:hAnsi="Georgia"/>
          <w:b w:val="0"/>
          <w:color w:val="000000"/>
          <w:sz w:val="36"/>
        </w:rPr>
        <w:t>[Name or event title]</w:t>
      </w:r>
    </w:p>
    <w:p>
      <w:pPr>
        <w:widowControl/>
        <w:spacing w:before="300" w:after="200" w:line="259" w:lineRule="auto"/>
        <w:jc w:val="center"/>
      </w:pPr>
      <w:r>
        <w:rPr>
          <w:rFonts w:ascii="Arial" w:hAnsi="Arial"/>
          <w:b/>
          <w:color w:val="000000"/>
          <w:sz w:val="20"/>
        </w:rPr>
        <w:t>ORDER OF SERVICE</w:t>
      </w:r>
    </w:p>
    <w:p>
      <w:pPr>
        <w:widowControl/>
        <w:spacing w:before="0" w:after="120" w:line="259" w:lineRule="auto"/>
        <w:jc w:val="center"/>
      </w:pPr>
      <w:r>
        <w:rPr>
          <w:rFonts w:ascii="Georgia" w:hAnsi="Georgia"/>
          <w:b w:val="0"/>
          <w:color w:val="000000"/>
          <w:sz w:val="21"/>
        </w:rPr>
        <w:t>Welcome: [Name]</w:t>
      </w:r>
    </w:p>
    <w:p>
      <w:pPr>
        <w:widowControl/>
        <w:spacing w:before="0" w:after="120" w:line="259" w:lineRule="auto"/>
        <w:jc w:val="center"/>
      </w:pPr>
      <w:r>
        <w:rPr>
          <w:rFonts w:ascii="Georgia" w:hAnsi="Georgia"/>
          <w:b w:val="0"/>
          <w:color w:val="000000"/>
          <w:sz w:val="21"/>
        </w:rPr>
        <w:t>Reading or reflection: [Title and reader]</w:t>
      </w:r>
    </w:p>
    <w:p>
      <w:pPr>
        <w:widowControl/>
        <w:spacing w:before="0" w:after="120" w:line="259" w:lineRule="auto"/>
        <w:jc w:val="center"/>
      </w:pPr>
      <w:r>
        <w:rPr>
          <w:rFonts w:ascii="Georgia" w:hAnsi="Georgia"/>
          <w:b w:val="0"/>
          <w:color w:val="000000"/>
          <w:sz w:val="21"/>
        </w:rPr>
        <w:t>Tribute: [Speaker]</w:t>
      </w:r>
    </w:p>
    <w:p>
      <w:pPr>
        <w:widowControl/>
        <w:spacing w:before="0" w:after="120" w:line="259" w:lineRule="auto"/>
        <w:jc w:val="center"/>
      </w:pPr>
      <w:r>
        <w:rPr>
          <w:rFonts w:ascii="Georgia" w:hAnsi="Georgia"/>
          <w:b w:val="0"/>
          <w:color w:val="000000"/>
          <w:sz w:val="21"/>
        </w:rPr>
        <w:t>Music: [Selection]</w:t>
      </w:r>
    </w:p>
    <w:p>
      <w:pPr>
        <w:widowControl/>
        <w:spacing w:before="0" w:after="120" w:line="259" w:lineRule="auto"/>
        <w:jc w:val="center"/>
      </w:pPr>
      <w:r>
        <w:rPr>
          <w:rFonts w:ascii="Georgia" w:hAnsi="Georgia"/>
          <w:b w:val="0"/>
          <w:color w:val="000000"/>
          <w:sz w:val="21"/>
        </w:rPr>
        <w:t>Closing: [Leader]</w:t>
      </w:r>
    </w:p>
    <w:p>
      <w:pPr>
        <w:widowControl/>
        <w:spacing w:before="300" w:after="200" w:line="259" w:lineRule="auto"/>
        <w:jc w:val="center"/>
      </w:pPr>
      <w:r>
        <w:rPr>
          <w:rFonts w:ascii="Arial" w:hAnsi="Arial"/>
          <w:b/>
          <w:color w:val="000000"/>
          <w:sz w:val="20"/>
        </w:rPr>
        <w:t>ACKNOWLEDGEMENTS</w:t>
      </w:r>
    </w:p>
    <w:p>
      <w:pPr>
        <w:widowControl/>
        <w:spacing w:before="0" w:after="120" w:line="259" w:lineRule="auto"/>
        <w:jc w:val="center"/>
      </w:pPr>
      <w:r>
        <w:rPr>
          <w:rFonts w:ascii="Georgia" w:hAnsi="Georgia"/>
          <w:b w:val="0"/>
          <w:color w:val="000000"/>
          <w:sz w:val="21"/>
        </w:rPr>
        <w:t>The family thanks [People or groups] for their care and support.</w:t>
      </w:r>
    </w:p>
    <w:p>
      <w:pPr>
        <w:widowControl/>
        <w:spacing w:before="0" w:after="120" w:line="259" w:lineRule="auto"/>
        <w:jc w:val="center"/>
      </w:pPr>
      <w:r>
        <w:rPr>
          <w:rFonts w:ascii="Georgia" w:hAnsi="Georgia"/>
          <w:b w:val="0"/>
          <w:color w:val="000000"/>
          <w:sz w:val="21"/>
        </w:rPr>
        <w:t>[Reception or gathering details, if appropriate.]</w:t>
      </w:r>
    </w:p>
    <w:p>
      <w:pPr>
        <w:widowControl/>
        <w:spacing w:before="0" w:after="120" w:line="259" w:lineRule="auto"/>
        <w:jc w:val="center"/>
      </w:pPr>
      <w:r>
        <w:rPr>
          <w:rFonts w:ascii="Georgia" w:hAnsi="Georgia"/>
          <w:b w:val="0"/>
          <w:color w:val="000000"/>
          <w:sz w:val="21"/>
        </w:rPr>
        <w:t>[Family-approved closing words.]</w:t>
      </w:r>
    </w:p>
    <w:sectPr w:rsidR="00FC693F" w:rsidRPr="0006063C" w:rsidSect="00034616">
      <w:pgSz w:w="7920" w:h="122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Funeral Program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