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300" w:after="440" w:line="259" w:lineRule="auto"/>
        <w:jc w:val="center"/>
      </w:pPr>
      <w:r>
        <w:rPr>
          <w:rFonts w:ascii="Arial" w:hAnsi="Arial"/>
          <w:b/>
          <w:color w:val="8B672E"/>
          <w:sz w:val="22"/>
        </w:rPr>
        <w:t>PRESENTED BY [ORGANIZATION]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173C3C"/>
          <w:sz w:val="64"/>
        </w:rPr>
        <w:t>Gift Certificate</w:t>
      </w:r>
    </w:p>
    <w:p>
      <w:pPr>
        <w:widowControl/>
        <w:spacing w:before="280" w:after="240" w:line="259" w:lineRule="auto"/>
        <w:jc w:val="center"/>
      </w:pPr>
      <w:r>
        <w:rPr>
          <w:rFonts w:ascii="Georgia" w:hAnsi="Georgia"/>
          <w:b w:val="0"/>
          <w:color w:val="67766B"/>
          <w:sz w:val="26"/>
        </w:rPr>
        <w:t>Presented to</w:t>
      </w:r>
    </w:p>
    <w:p>
      <w:pPr>
        <w:widowControl/>
        <w:spacing w:before="0" w:after="400" w:line="259" w:lineRule="auto"/>
        <w:jc w:val="center"/>
      </w:pPr>
      <w:r>
        <w:rPr>
          <w:rFonts w:ascii="Georgia" w:hAnsi="Georgia"/>
          <w:b/>
          <w:color w:val="173C3C"/>
          <w:sz w:val="72"/>
        </w:rPr>
        <w:t>Recipient Name</w:t>
      </w:r>
    </w:p>
    <w:p>
      <w:pPr>
        <w:widowControl/>
        <w:spacing w:before="0" w:after="240" w:line="259" w:lineRule="auto"/>
        <w:jc w:val="center"/>
      </w:pPr>
      <w:r>
        <w:rPr>
          <w:rFonts w:ascii="Georgia" w:hAnsi="Georgia"/>
          <w:b w:val="0"/>
          <w:color w:val="000000"/>
          <w:sz w:val="34"/>
        </w:rPr>
        <w:t>A gift of [Experience or stated value]</w:t>
      </w:r>
    </w:p>
    <w:p>
      <w:pPr>
        <w:widowControl/>
        <w:spacing w:before="0" w:after="240" w:line="259" w:lineRule="auto"/>
        <w:jc w:val="center"/>
      </w:pPr>
      <w:r>
        <w:rPr>
          <w:rFonts w:ascii="Arial" w:hAnsi="Arial"/>
          <w:b w:val="0"/>
          <w:color w:val="000000"/>
          <w:sz w:val="22"/>
        </w:rPr>
        <w:t>From [Sender]  |  Reference [Number]</w:t>
      </w:r>
    </w:p>
    <w:p>
      <w:pPr>
        <w:widowControl/>
        <w:spacing w:before="0" w:after="520" w:line="259" w:lineRule="auto"/>
        <w:jc w:val="center"/>
      </w:pPr>
      <w:r>
        <w:rPr>
          <w:rFonts w:ascii="Arial" w:hAnsi="Arial"/>
          <w:b w:val="0"/>
          <w:color w:val="000000"/>
          <w:sz w:val="22"/>
        </w:rPr>
        <w:t>Redeem with [Issuer contact] by [Date if applicable].</w:t>
        <w:br/>
        <w:t>[Clear booking details and restrictions]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6768"/>
      </w:tblGrid>
      <w:tr>
        <w:trPr>
          <w:cantSplit/>
        </w:trPr>
        <w:tc>
          <w:tcPr>
            <w:tcW w:type="dxa" w:w="6768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color w:val="6B633E"/>
                <w:sz w:val="22"/>
              </w:rPr>
              <w:t>________________________</w:t>
              <w:br/>
              <w:t>[Name and title]</w:t>
              <w:br/>
              <w:t>Authorized signature</w:t>
            </w:r>
          </w:p>
        </w:tc>
        <w:tc>
          <w:tcPr>
            <w:tcW w:type="dxa" w:w="6768"/>
            <w:vAlign w:val="center"/>
            <w:tcMar>
              <w:top w:w="140" w:type="dxa"/>
              <w:left w:w="140" w:type="dxa"/>
              <w:bottom w:w="140" w:type="dxa"/>
              <w:right w:w="140" w:type="dxa"/>
            </w:tcMar>
          </w:tcPr>
          <w:p>
            <w:pPr>
              <w:spacing w:after="100" w:line="264" w:lineRule="auto"/>
              <w:jc w:val="center"/>
            </w:pPr>
            <w:r>
              <w:rPr>
                <w:rFonts w:ascii="Arial" w:hAnsi="Arial"/>
                <w:b w:val="0"/>
                <w:color w:val="6B633E"/>
                <w:sz w:val="22"/>
              </w:rPr>
              <w:t>________________________</w:t>
              <w:br/>
              <w:t>[Issue date]</w:t>
              <w:br/>
              <w:t>Reference [Number]</w:t>
            </w:r>
          </w:p>
        </w:tc>
      </w:tr>
    </w:tbl>
    <w:sectPr w:rsidR="00FC693F" w:rsidRPr="0006063C" w:rsidSect="00034616">
      <w:pgSz w:w="15840" w:h="12240"/>
      <w:pgMar w:top="1152" w:right="1152" w:bottom="1152" w:left="1152" w:header="720" w:footer="720" w:gutter="0"/>
      <w:cols w:space="720"/>
      <w:docGrid w:linePitch="360"/>
      <w:pgBorders w:offsetFrom="page">
        <w:top w:val="double" w:sz="10" w:space="20" w:color="B99450"/>
        <w:left w:val="double" w:sz="10" w:space="20" w:color="B99450"/>
        <w:bottom w:val="double" w:sz="10" w:space="20" w:color="B99450"/>
        <w:right w:val="double" w:sz="10" w:space="20" w:color="B99450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 Certificate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