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Incident Report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Incident details</w:t>
      </w:r>
    </w:p>
    <w:p>
      <w:pPr>
        <w:widowControl/>
      </w:pPr>
      <w:r>
        <w:t>Date and time: [Details]</w:t>
      </w:r>
    </w:p>
    <w:p>
      <w:pPr>
        <w:widowControl/>
      </w:pPr>
      <w:r>
        <w:t>Location: [Place]</w:t>
      </w:r>
    </w:p>
    <w:p>
      <w:pPr>
        <w:widowControl/>
      </w:pPr>
      <w:r>
        <w:t>Reported by: [Name and role]</w:t>
      </w:r>
    </w:p>
    <w:p>
      <w:pPr>
        <w:widowControl/>
      </w:pPr>
      <w:r>
        <w:t>People involved: [Only necessary details]</w:t>
      </w:r>
    </w:p>
    <w:p>
      <w:pPr>
        <w:widowControl/>
      </w:pPr>
      <w:r>
        <w:t>Immediate assistance: [Action taken]</w:t>
      </w:r>
    </w:p>
    <w:p>
      <w:pPr>
        <w:pStyle w:val="Heading1"/>
      </w:pPr>
      <w:r>
        <w:t>Observed facts</w:t>
      </w:r>
    </w:p>
    <w:p>
      <w:pPr>
        <w:widowControl/>
      </w:pPr>
      <w:r>
        <w:t>Describe what you directly observed in chronological order. Attribute any secondhand information to its source. Record relevant evidence references without inserting unnecessary personal data.</w:t>
      </w:r>
    </w:p>
    <w:p>
      <w:pPr>
        <w:pStyle w:val="Heading1"/>
      </w:pPr>
      <w:r>
        <w:t>Follow up</w:t>
      </w:r>
    </w:p>
    <w:p>
      <w:pPr>
        <w:widowControl/>
      </w:pPr>
      <w:r>
        <w:t>Action required: [Task]</w:t>
      </w:r>
    </w:p>
    <w:p>
      <w:pPr>
        <w:widowControl/>
      </w:pPr>
      <w:r>
        <w:t>Owner: [Name]</w:t>
      </w:r>
    </w:p>
    <w:p>
      <w:pPr>
        <w:widowControl/>
      </w:pPr>
      <w:r>
        <w:t>Due date: [Date]</w:t>
      </w:r>
    </w:p>
    <w:p>
      <w:pPr>
        <w:widowControl/>
      </w:pPr>
      <w:r>
        <w:t>Status: [Open or closed]</w:t>
      </w:r>
    </w:p>
    <w:p>
      <w:pPr>
        <w:widowControl/>
      </w:pPr>
      <w:r>
        <w:t>Reviewed by: [Authorized reviewer]</w:t>
      </w:r>
    </w:p>
    <w:p>
      <w:pPr>
        <w:widowControl/>
      </w:pPr>
      <w:r>
        <w:t>Further reporting required: [Applicable process]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