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Internship Cover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[Hiring manager], I am applying for the [Internship] at [Organization]. I am studying [Course] at [Institution] and am interested in [Verified aspect of the role].</w:t>
      </w:r>
    </w:p>
    <w:p>
      <w:pPr>
        <w:widowControl/>
      </w:pPr>
      <w:r>
        <w:t>In [Course project or activity], I [Specific contribution]. This developed my ability to [Skill], which relates to [Internship requirement].</w:t>
      </w:r>
    </w:p>
    <w:p>
      <w:pPr>
        <w:widowControl/>
      </w:pPr>
      <w:r>
        <w:t>I hope to learn [Goal] while contributing [Practical value]. My availability is [Dates]. Thank you for considering my application.</w:t>
      </w:r>
    </w:p>
    <w:p>
      <w:pPr>
        <w:widowControl/>
      </w:pPr>
      <w:r>
        <w:t>[Name and contact]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Cover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