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Invoice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[Recipient], Please find invoice [Reference] for [Goods or services] supplied during [Period].</w:t>
      </w:r>
    </w:p>
    <w:p>
      <w:pPr>
        <w:widowControl/>
      </w:pPr>
      <w:r>
        <w:t>The invoice amount is [Amount and currency], due on [Date] under the agreed terms. Please use reference [Reference] when arranging payment through the previously agreed payment method.</w:t>
      </w:r>
    </w:p>
    <w:p>
      <w:pPr>
        <w:widowControl/>
      </w:pPr>
      <w:r>
        <w:t>If the invoice requires correction or supporting information, contact [Billing contact]. Thank you.</w:t>
      </w:r>
    </w:p>
    <w:p>
      <w:pPr>
        <w:widowControl/>
      </w:pPr>
      <w:r>
        <w:t>[Sender name and role]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