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IT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it systems and technical problem solving.]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a system, issue or project, the technology involved and your verified contribution.]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[Operating systems] [Languages] [Cloud or infrastructure tools] [Support skills]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[Qualification] - [Institution] - [Dates]</w:t>
      </w:r>
    </w:p>
    <w:p>
      <w:pPr>
        <w:widowControl/>
      </w:pPr>
      <w:r>
        <w:t>[Certification and current status if held]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