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Job Offer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[Candidate], [Organization] is pleased to offer you the position of [Title], reporting to [Manager], with a proposed start date of [Date].</w:t>
      </w:r>
    </w:p>
    <w:p>
      <w:pPr>
        <w:widowControl/>
      </w:pPr>
      <w:r>
        <w:t>Work location: [Location]. Working schedule: [Schedule]. Compensation: [Amount, currency and frequency]. Benefits: [Reference to approved benefits information]. Conditions: [Only reviewed and applicable conditions].</w:t>
      </w:r>
    </w:p>
    <w:p>
      <w:pPr>
        <w:widowControl/>
      </w:pPr>
      <w:r>
        <w:t>Please review the complete terms and raise any questions with [HR contact]. Respond by [Date] using [Process].</w:t>
      </w:r>
    </w:p>
    <w:p>
      <w:pPr>
        <w:widowControl/>
      </w:pPr>
      <w:r>
        <w:t>[Authorized signatory]</w:t>
      </w:r>
    </w:p>
    <w:p>
      <w:pPr>
        <w:widowControl/>
      </w:pPr>
      <w:r>
        <w:t>[Title]</w:t>
      </w:r>
    </w:p>
    <w:p>
      <w:pPr>
        <w:widowControl/>
      </w:pPr>
      <w:r>
        <w:t>[Date]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Offer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