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Letter of Intent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widowControl/>
      </w:pPr>
      <w:r>
        <w:t>[Sender name or organization]</w:t>
        <w:br/>
        <w:t>[Email or business contact]</w:t>
        <w:br/>
        <w:t>[Date]</w:t>
      </w:r>
    </w:p>
    <w:p>
      <w:pPr>
        <w:widowControl/>
      </w:pPr>
      <w:r>
        <w:t>Dear [Recipient], I am writing to express interest in [Opportunity or collaboration]. The purpose of this letter is to outline [Intention] and identify the next discussion.</w:t>
      </w:r>
    </w:p>
    <w:p>
      <w:pPr>
        <w:widowControl/>
      </w:pPr>
      <w:r>
        <w:t>The proposed work would cover [Scope], subject to [Conditions and further agreement]. Relevant experience or resources include [Facts]. The matters still to resolve are [Open points].</w:t>
      </w:r>
    </w:p>
    <w:p>
      <w:pPr>
        <w:widowControl/>
      </w:pPr>
      <w:r>
        <w:t>I suggest [Meeting or information exchange] by [Date]. Please contact [Name] at [Contact].</w:t>
      </w:r>
    </w:p>
    <w:p>
      <w:pPr>
        <w:widowControl/>
      </w:pPr>
      <w:r>
        <w:t>Sincerely,</w:t>
      </w:r>
    </w:p>
    <w:p>
      <w:pPr>
        <w:widowControl/>
      </w:pPr>
      <w:r>
        <w:t>[Name and role]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Intent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