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[Author name]</w:t>
      </w:r>
    </w:p>
    <w:p>
      <w:pPr>
        <w:widowControl/>
        <w:spacing w:before="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[Instructor]</w:t>
      </w:r>
    </w:p>
    <w:p>
      <w:pPr>
        <w:widowControl/>
        <w:spacing w:before="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[Course]</w:t>
      </w:r>
    </w:p>
    <w:p>
      <w:pPr>
        <w:widowControl/>
        <w:spacing w:before="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[Day Month Year]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Paper Title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[Introduce your topic and state the argument you will develop. Give the reader enough context to understand the question and the scope of the paper.]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[Develop a claim with evidence from a source you actually consulted. Explain how the evidence supports your reasoning and include the required in-text reference.]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[Conclude by explaining what the argument establishes, while preserving the limits of the evidence.]</w:t>
      </w:r>
    </w:p>
    <w:p>
      <w:pPr>
        <w:pageBreakBefore/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Works Cited</w:t>
      </w:r>
    </w:p>
    <w:p>
      <w:pPr>
        <w:widowControl/>
        <w:spacing w:before="0" w:after="0" w:line="480" w:lineRule="auto"/>
        <w:ind w:left="720" w:hanging="720"/>
      </w:pPr>
      <w:r>
        <w:rPr>
          <w:rFonts w:ascii="Times New Roman" w:hAnsi="Times New Roman"/>
          <w:b w:val="0"/>
          <w:color w:val="000000"/>
          <w:sz w:val="24"/>
        </w:rPr>
        <w:t>[Author surname], [First name]. [Title of Book]. [Publisher], [Year].</w:t>
      </w:r>
    </w:p>
    <w:p>
      <w:pPr>
        <w:widowControl/>
        <w:spacing w:before="0" w:after="0" w:line="480" w:lineRule="auto"/>
        <w:ind w:left="720" w:hanging="720"/>
      </w:pPr>
      <w:r>
        <w:rPr>
          <w:rFonts w:ascii="Times New Roman" w:hAnsi="Times New Roman"/>
          <w:b w:val="0"/>
          <w:color w:val="000000"/>
          <w:sz w:val="24"/>
        </w:rPr>
        <w:t>[Author surname], [First name]. "[Article Title]." [Journal or Website], [Publication details], [Location].</w:t>
      </w:r>
    </w:p>
    <w:p>
      <w:pPr>
        <w:widowControl/>
        <w:spacing w:before="36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[Replace these patterns with complete verified references. Follow your institution and the current source-specific style requirements.]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sz w:val="24"/>
      </w:rPr>
      <w:t xml:space="preserve">[Surname] </w:t>
    </w: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MLA Format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