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Motivation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[Selection committee], I am applying to [Program] because [Specific reason connected to the program]. My current goal is [Goal], and I hope to develop [Skill or knowledge].</w:t>
      </w:r>
    </w:p>
    <w:p>
      <w:pPr>
        <w:widowControl/>
      </w:pPr>
      <w:r>
        <w:t>My experience in [Study, work or project] taught me [Lesson]. In [Specific example], I [Action] and learned [Result]. The program's [Verified feature] is especially relevant to this direction.</w:t>
      </w:r>
    </w:p>
    <w:p>
      <w:pPr>
        <w:widowControl/>
      </w:pPr>
      <w:r>
        <w:t>I would bring [Genuine perspective or experience] and contribute through [Activity]. Thank you for considering my application.</w:t>
      </w:r>
    </w:p>
    <w:p>
      <w:pPr>
        <w:widowControl/>
      </w:pPr>
      <w:r>
        <w:t>Sincerely,</w:t>
      </w:r>
    </w:p>
    <w:p>
      <w:pPr>
        <w:widowControl/>
      </w:pPr>
      <w:r>
        <w:t>[Name]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