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  <w:spacing w:before="0" w:after="280" w:line="259" w:lineRule="auto"/>
      </w:pPr>
      <w:r>
        <w:rPr>
          <w:rFonts w:ascii="Arial" w:hAnsi="Arial"/>
          <w:b/>
          <w:color w:val="000000"/>
          <w:sz w:val="50"/>
        </w:rPr>
        <w:t>Name badges</w:t>
      </w:r>
    </w:p>
    <w:p>
      <w:pPr>
        <w:widowControl/>
        <w:spacing w:before="0" w:after="280" w:line="259" w:lineRule="auto"/>
      </w:pPr>
      <w:r>
        <w:rPr>
          <w:rFonts w:ascii="Arial" w:hAnsi="Arial"/>
          <w:b w:val="0"/>
          <w:color w:val="4F5B66"/>
          <w:sz w:val="20"/>
        </w:rPr>
        <w:t>Edit the names and print a test sheet before cutting.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56"/>
        <w:gridCol w:w="5256"/>
      </w:tblGrid>
      <w:tr>
        <w:trPr>
          <w:cantSplit/>
          <w:trHeight w:val="3096" w:hRule="atLeast"/>
        </w:trPr>
        <w:tc>
          <w:tcPr>
            <w:tcW w:type="dxa" w:w="525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sz w:val="34"/>
              </w:rPr>
              <w:t>[NAME]</w:t>
              <w:br/>
              <w:t>[Role or organization]</w:t>
              <w:br/>
              <w:t>[Event]</w:t>
            </w:r>
          </w:p>
        </w:tc>
        <w:tc>
          <w:tcPr>
            <w:tcW w:type="dxa" w:w="525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sz w:val="34"/>
              </w:rPr>
              <w:t>[NAME]</w:t>
              <w:br/>
              <w:t>[Role or organization]</w:t>
              <w:br/>
              <w:t>[Event]</w:t>
            </w:r>
          </w:p>
        </w:tc>
      </w:tr>
      <w:tr>
        <w:trPr>
          <w:cantSplit/>
          <w:trHeight w:val="3096" w:hRule="atLeast"/>
        </w:trPr>
        <w:tc>
          <w:tcPr>
            <w:tcW w:type="dxa" w:w="525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sz w:val="34"/>
              </w:rPr>
              <w:t>[NAME]</w:t>
              <w:br/>
              <w:t>[Role or organization]</w:t>
              <w:br/>
              <w:t>[Event]</w:t>
            </w:r>
          </w:p>
        </w:tc>
        <w:tc>
          <w:tcPr>
            <w:tcW w:type="dxa" w:w="525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sz w:val="34"/>
              </w:rPr>
              <w:t>[NAME]</w:t>
              <w:br/>
              <w:t>[Role or organization]</w:t>
              <w:br/>
              <w:t>[Event]</w:t>
            </w:r>
          </w:p>
        </w:tc>
      </w:tr>
      <w:tr>
        <w:trPr>
          <w:cantSplit/>
          <w:trHeight w:val="3096" w:hRule="atLeast"/>
        </w:trPr>
        <w:tc>
          <w:tcPr>
            <w:tcW w:type="dxa" w:w="525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sz w:val="34"/>
              </w:rPr>
              <w:t>[NAME]</w:t>
              <w:br/>
              <w:t>[Role or organization]</w:t>
              <w:br/>
              <w:t>[Event]</w:t>
            </w:r>
          </w:p>
        </w:tc>
        <w:tc>
          <w:tcPr>
            <w:tcW w:type="dxa" w:w="525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sz w:val="34"/>
              </w:rPr>
              <w:t>[NAME]</w:t>
              <w:br/>
              <w:t>[Role or organization]</w:t>
              <w:br/>
              <w:t>[Event]</w:t>
            </w:r>
          </w:p>
        </w:tc>
      </w:tr>
    </w:tbl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Tag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