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Nursing Resume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Contact and profile</w:t>
      </w:r>
    </w:p>
    <w:p>
      <w:pPr>
        <w:widowControl/>
      </w:pPr>
      <w:r>
        <w:t>[Full name]</w:t>
      </w:r>
    </w:p>
    <w:p>
      <w:pPr>
        <w:widowControl/>
      </w:pPr>
      <w:r>
        <w:t>[Professional email] [Phone] [City or region] [Portfolio if relevant]</w:t>
      </w:r>
    </w:p>
    <w:p>
      <w:pPr>
        <w:widowControl/>
      </w:pPr>
      <w:r>
        <w:t>[Write two sentences connecting your actual background to nursing practice and patient-care responsibilities.]</w:t>
      </w:r>
    </w:p>
    <w:p>
      <w:pPr>
        <w:pStyle w:val="Heading1"/>
      </w:pPr>
      <w:r>
        <w:t>Relevant experience</w:t>
      </w:r>
    </w:p>
    <w:p>
      <w:pPr>
        <w:widowControl/>
      </w:pPr>
      <w:r>
        <w:t>[Role] - [Organization] - [Dates]</w:t>
      </w:r>
    </w:p>
    <w:p>
      <w:pPr>
        <w:widowControl/>
      </w:pPr>
      <w:r>
        <w:t>[Describe the clinical setting, your authorized responsibilities and relevant care-team contribution without patient identifiers.]</w:t>
      </w:r>
    </w:p>
    <w:p>
      <w:pPr>
        <w:widowControl/>
      </w:pPr>
      <w:r>
        <w:t>[Add a second relevant role or project, with dates and your contribution.]</w:t>
      </w:r>
    </w:p>
    <w:p>
      <w:pPr>
        <w:pStyle w:val="Heading1"/>
      </w:pPr>
      <w:r>
        <w:t>Skills</w:t>
      </w:r>
    </w:p>
    <w:p>
      <w:pPr>
        <w:widowControl/>
      </w:pPr>
      <w:r>
        <w:t>[Clinical skills within your qualification] [Care documentation] [Teamwork]</w:t>
      </w:r>
    </w:p>
    <w:p>
      <w:pPr>
        <w:widowControl/>
      </w:pPr>
      <w:r>
        <w:t>[Keep only skills you can demonstrate and that are relevant to the role.]</w:t>
      </w:r>
    </w:p>
    <w:p>
      <w:pPr>
        <w:pStyle w:val="Heading1"/>
      </w:pPr>
      <w:r>
        <w:t>Education and credentials</w:t>
      </w:r>
    </w:p>
    <w:p>
      <w:pPr>
        <w:widowControl/>
      </w:pPr>
      <w:r>
        <w:t>[Nursing qualification] - [Institution] - [Dates]</w:t>
      </w:r>
    </w:p>
    <w:p>
      <w:pPr>
        <w:widowControl/>
      </w:pPr>
      <w:r>
        <w:t>[License jurisdiction, status and expiry where appropriate]</w:t>
      </w:r>
    </w:p>
    <w:p>
      <w:pPr>
        <w:widowControl/>
      </w:pPr>
      <w:r>
        <w:t>[Verify dates, status and any credential details before sharing.]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Resume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