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widowControl/>
      </w:pPr>
      <w:r>
        <w:t>Order Confirmation</w:t>
      </w:r>
    </w:p>
    <w:p>
      <w:pPr>
        <w:widowControl/>
      </w:pPr>
      <w:r>
        <w:rPr>
          <w:color w:val="586170"/>
          <w:sz w:val="18"/>
        </w:rPr>
        <w:t>Replace bracketed fields with your own details. Delete guidance that does not belong in the finished document.</w:t>
      </w:r>
    </w:p>
    <w:p>
      <w:pPr>
        <w:pStyle w:val="Heading1"/>
      </w:pPr>
      <w:r>
        <w:t>Order details</w:t>
      </w:r>
    </w:p>
    <w:p>
      <w:pPr>
        <w:widowControl/>
      </w:pPr>
      <w:r>
        <w:t>Order number: [Reference]. Date: [Date]. Customer: [Name]. Supplier: [Name]. Contact: [Details]. Delivery address: [Confirmed address].</w:t>
      </w:r>
    </w:p>
    <w:p>
      <w:pPr>
        <w:pStyle w:val="Heading1"/>
      </w:pPr>
      <w:r>
        <w:t>Confirmed items</w:t>
      </w:r>
    </w:p>
    <w:p>
      <w:pPr>
        <w:widowControl/>
      </w:pPr>
      <w:r>
        <w:t>Item reference: [SKU]. Description: [Item]. Quantity: [Number]. Unit price: [Amount and currency]. Total: [Verified amount]. Repeat for each item and reconcile the order total.</w:t>
      </w:r>
    </w:p>
    <w:p>
      <w:pPr>
        <w:pStyle w:val="Heading1"/>
      </w:pPr>
      <w:r>
        <w:t>Delivery and follow up</w:t>
      </w:r>
    </w:p>
    <w:p>
      <w:pPr>
        <w:widowControl/>
      </w:pPr>
      <w:r>
        <w:t>Delivery or collection: [Agreed arrangements]. Estimated date: [Date if applicable]. Payment status: [Verified status]. Questions or corrections: [Contact]. Refer to the agreed order terms.</w:t>
      </w:r>
    </w:p>
    <w:sectPr w:rsidR="00FC693F" w:rsidRPr="0006063C" w:rsidSect="00034616"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6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80" w:after="12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000000"/>
      <w:spacing w:val="5"/>
      <w:kern w:val="28"/>
      <w:sz w:val="5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Order Confirmation</dc:title>
  <dc:subject>Original editable document starter</dc:subject>
  <dc:creator>WPS Explore</dc:creator>
  <cp:keywords/>
  <dc:description>generated by python-docx</dc:description>
  <cp:lastModifiedBy/>
  <cp:revision>1</cp:revision>
  <dcterms:created xsi:type="dcterms:W3CDTF">2026-10-30T00:00:00Z</dcterms:created>
  <dcterms:modified xsi:type="dcterms:W3CDTF">2026-10-30T00:00:00Z</dcterms:modified>
  <cp:category/>
</cp:coreProperties>
</file>