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3108960" cy="2072640"/>
            <wp:docPr id="1" name="Picture 1" descr="Original illustrated coastal sunset and winding path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ok-landscape-v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2072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widowControl/>
        <w:spacing w:before="0" w:after="120" w:line="259" w:lineRule="auto"/>
        <w:jc w:val="center"/>
      </w:pPr>
      <w:r>
        <w:rPr>
          <w:rFonts w:ascii="Georgia" w:hAnsi="Georgia"/>
          <w:b/>
          <w:color w:val="173C4B"/>
          <w:sz w:val="44"/>
        </w:rPr>
        <w:t>Greetings from [Place]</w:t>
      </w:r>
    </w:p>
    <w:p>
      <w:pPr>
        <w:widowControl/>
        <w:spacing w:before="0" w:after="0" w:line="259" w:lineRule="auto"/>
        <w:jc w:val="center"/>
      </w:pPr>
      <w:r>
        <w:rPr>
          <w:rFonts w:ascii="Georgia" w:hAnsi="Georgia"/>
          <w:b w:val="0"/>
          <w:color w:val="7D573C"/>
          <w:sz w:val="20"/>
        </w:rPr>
        <w:t>[A short personal message]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04"/>
        <w:gridCol w:w="3528"/>
      </w:tblGrid>
      <w:tr>
        <w:trPr>
          <w:cantSplit/>
          <w:tblHeader/>
        </w:trPr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shd w:fill="E7EEF5"/>
          </w:tcPr>
          <w:p>
            <w:pPr>
              <w:spacing w:after="100" w:line="264" w:lineRule="auto"/>
            </w:pPr>
            <w:r>
              <w:rPr>
                <w:rFonts w:ascii="Arial" w:hAnsi="Arial"/>
                <w:b/>
                <w:sz w:val="22"/>
              </w:rPr>
              <w:t>MESSAGE</w:t>
            </w:r>
          </w:p>
        </w:tc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shd w:fill="E7EEF5"/>
          </w:tcPr>
          <w:p>
            <w:pPr>
              <w:spacing w:after="100" w:line="264" w:lineRule="auto"/>
            </w:pPr>
            <w:r>
              <w:rPr>
                <w:rFonts w:ascii="Arial" w:hAnsi="Arial"/>
                <w:b/>
                <w:sz w:val="22"/>
              </w:rPr>
              <w:t>TO</w:t>
            </w:r>
          </w:p>
        </w:tc>
      </w:tr>
      <w:tr>
        <w:trPr>
          <w:cantSplit/>
        </w:trPr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Dear [Name],</w:t>
              <w:br/>
              <w:t>[A brief greeting, one highlight from your trip and a warm closing.]</w:t>
              <w:br/>
              <w:br/>
              <w:t>[Your name]</w:t>
            </w:r>
          </w:p>
        </w:tc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[Recipient]</w:t>
              <w:br/>
              <w:t>[Street and unit]</w:t>
              <w:br/>
              <w:t>[City, region, postal code]</w:t>
              <w:br/>
              <w:t>[Country]</w:t>
              <w:br/>
              <w:t>[Stamp or postage]</w:t>
            </w:r>
          </w:p>
        </w:tc>
      </w:tr>
    </w:tbl>
    <w:sectPr w:rsidR="00FC693F" w:rsidRPr="0006063C" w:rsidSect="00034616">
      <w:pgSz w:w="8640" w:h="576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Postcard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