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widowControl/>
        <w:spacing w:before="0" w:after="300" w:line="259" w:lineRule="auto"/>
      </w:pPr>
      <w:r>
        <w:rPr>
          <w:rFonts w:ascii="Arial" w:hAnsi="Arial"/>
          <w:b/>
          <w:color w:val="586170"/>
          <w:sz w:val="20"/>
        </w:rPr>
        <w:t>[BUSINESS NAME]  |  [SEASON OR COLLECTION]</w:t>
      </w:r>
    </w:p>
    <w:p>
      <w:pPr>
        <w:pStyle w:val="Title"/>
        <w:widowControl/>
        <w:spacing w:before="0" w:after="280" w:line="259" w:lineRule="auto"/>
      </w:pPr>
      <w:r>
        <w:rPr>
          <w:rFonts w:ascii="Georgia" w:hAnsi="Georgia"/>
          <w:b/>
          <w:color w:val="000000"/>
          <w:sz w:val="62"/>
        </w:rPr>
        <w:t>Product collection</w:t>
      </w:r>
    </w:p>
    <w:p>
      <w:pPr>
        <w:widowControl/>
        <w:spacing w:before="0" w:after="280" w:line="259" w:lineRule="auto"/>
      </w:pPr>
      <w:r>
        <w:rPr>
          <w:rFonts w:ascii="Arial" w:hAnsi="Arial"/>
          <w:b w:val="0"/>
          <w:color w:val="4F5B66"/>
          <w:sz w:val="20"/>
        </w:rPr>
        <w:t>[Publication date]  |  [Ordering contact]</w:t>
      </w:r>
    </w:p>
    <w:p>
      <w:pPr>
        <w:widowControl/>
        <w:spacing w:before="360" w:after="200" w:line="259" w:lineRule="auto"/>
      </w:pPr>
      <w:r>
        <w:rPr>
          <w:rFonts w:ascii="Georgia" w:hAnsi="Georgia"/>
          <w:b/>
          <w:color w:val="000000"/>
          <w:sz w:val="38"/>
        </w:rPr>
        <w:t>01  [Product name]</w:t>
      </w:r>
    </w:p>
    <w:p>
      <w:pPr>
        <w:widowControl/>
        <w:spacing w:before="0" w:after="200" w:line="259" w:lineRule="auto"/>
      </w:pPr>
      <w:r>
        <w:rPr>
          <w:rFonts w:ascii="Arial" w:hAnsi="Arial"/>
          <w:b w:val="0"/>
          <w:color w:val="000000"/>
          <w:sz w:val="24"/>
        </w:rPr>
        <w:t>[A clear description of the item and its intended use.]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304"/>
        <w:gridCol w:w="5616"/>
        <w:gridCol w:w="2592"/>
      </w:tblGrid>
      <w:tr>
        <w:trPr>
          <w:cantSplit/>
          <w:tblHeader/>
        </w:trPr>
        <w:tc>
          <w:tcPr>
            <w:tcW w:type="dxa" w:w="230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40" w:type="dxa"/>
              <w:left w:w="140" w:type="dxa"/>
              <w:bottom w:w="140" w:type="dxa"/>
              <w:right w:w="140" w:type="dxa"/>
            </w:tcMar>
            <w:shd w:fill="E7EEF5"/>
          </w:tcPr>
          <w:p>
            <w:pPr>
              <w:spacing w:after="100" w:line="264" w:lineRule="auto"/>
            </w:pPr>
            <w:r>
              <w:rPr>
                <w:rFonts w:ascii="Arial" w:hAnsi="Arial"/>
                <w:b/>
                <w:sz w:val="22"/>
              </w:rPr>
              <w:t>REFERENCE</w:t>
            </w:r>
          </w:p>
        </w:tc>
        <w:tc>
          <w:tcPr>
            <w:tcW w:type="dxa" w:w="561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40" w:type="dxa"/>
              <w:left w:w="140" w:type="dxa"/>
              <w:bottom w:w="140" w:type="dxa"/>
              <w:right w:w="140" w:type="dxa"/>
            </w:tcMar>
            <w:shd w:fill="E7EEF5"/>
          </w:tcPr>
          <w:p>
            <w:pPr>
              <w:spacing w:after="100" w:line="264" w:lineRule="auto"/>
            </w:pPr>
            <w:r>
              <w:rPr>
                <w:rFonts w:ascii="Arial" w:hAnsi="Arial"/>
                <w:b/>
                <w:sz w:val="22"/>
              </w:rPr>
              <w:t>OPTIONS</w:t>
            </w:r>
          </w:p>
        </w:tc>
        <w:tc>
          <w:tcPr>
            <w:tcW w:type="dxa" w:w="259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40" w:type="dxa"/>
              <w:left w:w="140" w:type="dxa"/>
              <w:bottom w:w="140" w:type="dxa"/>
              <w:right w:w="140" w:type="dxa"/>
            </w:tcMar>
            <w:shd w:fill="E7EEF5"/>
          </w:tcPr>
          <w:p>
            <w:pPr>
              <w:spacing w:after="100" w:line="264" w:lineRule="auto"/>
            </w:pPr>
            <w:r>
              <w:rPr>
                <w:rFonts w:ascii="Arial" w:hAnsi="Arial"/>
                <w:b/>
                <w:sz w:val="22"/>
              </w:rPr>
              <w:t>PRICE</w:t>
            </w:r>
          </w:p>
        </w:tc>
      </w:tr>
      <w:tr>
        <w:trPr>
          <w:cantSplit/>
        </w:trPr>
        <w:tc>
          <w:tcPr>
            <w:tcW w:type="dxa" w:w="230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40" w:type="dxa"/>
              <w:left w:w="140" w:type="dxa"/>
              <w:bottom w:w="140" w:type="dxa"/>
              <w:right w:w="140" w:type="dxa"/>
            </w:tcMar>
          </w:tcPr>
          <w:p>
            <w:pPr>
              <w:spacing w:after="100" w:line="264" w:lineRule="auto"/>
            </w:pPr>
            <w:r>
              <w:rPr>
                <w:rFonts w:ascii="Arial" w:hAnsi="Arial"/>
                <w:b w:val="0"/>
                <w:sz w:val="22"/>
              </w:rPr>
              <w:t>[SKU]</w:t>
            </w:r>
          </w:p>
        </w:tc>
        <w:tc>
          <w:tcPr>
            <w:tcW w:type="dxa" w:w="561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40" w:type="dxa"/>
              <w:left w:w="140" w:type="dxa"/>
              <w:bottom w:w="140" w:type="dxa"/>
              <w:right w:w="140" w:type="dxa"/>
            </w:tcMar>
          </w:tcPr>
          <w:p>
            <w:pPr>
              <w:spacing w:after="100" w:line="264" w:lineRule="auto"/>
            </w:pPr>
            <w:r>
              <w:rPr>
                <w:rFonts w:ascii="Arial" w:hAnsi="Arial"/>
                <w:b w:val="0"/>
                <w:sz w:val="22"/>
              </w:rPr>
              <w:t>[Size, color or configuration]</w:t>
            </w:r>
          </w:p>
        </w:tc>
        <w:tc>
          <w:tcPr>
            <w:tcW w:type="dxa" w:w="259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40" w:type="dxa"/>
              <w:left w:w="140" w:type="dxa"/>
              <w:bottom w:w="140" w:type="dxa"/>
              <w:right w:w="140" w:type="dxa"/>
            </w:tcMar>
          </w:tcPr>
          <w:p>
            <w:pPr>
              <w:spacing w:after="100" w:line="264" w:lineRule="auto"/>
            </w:pPr>
            <w:r>
              <w:rPr>
                <w:rFonts w:ascii="Arial" w:hAnsi="Arial"/>
                <w:b w:val="0"/>
                <w:sz w:val="22"/>
              </w:rPr>
              <w:t>[Amount and currency]</w:t>
            </w:r>
          </w:p>
        </w:tc>
      </w:tr>
    </w:tbl>
    <w:p>
      <w:pPr>
        <w:widowControl/>
        <w:spacing w:before="360" w:after="200" w:line="259" w:lineRule="auto"/>
      </w:pPr>
      <w:r>
        <w:rPr>
          <w:rFonts w:ascii="Georgia" w:hAnsi="Georgia"/>
          <w:b/>
          <w:color w:val="000000"/>
          <w:sz w:val="38"/>
        </w:rPr>
        <w:t>02  [Product name]</w:t>
      </w:r>
    </w:p>
    <w:p>
      <w:pPr>
        <w:widowControl/>
        <w:spacing w:before="0" w:after="200" w:line="259" w:lineRule="auto"/>
      </w:pPr>
      <w:r>
        <w:rPr>
          <w:rFonts w:ascii="Arial" w:hAnsi="Arial"/>
          <w:b w:val="0"/>
          <w:color w:val="000000"/>
          <w:sz w:val="24"/>
        </w:rPr>
        <w:t>[A clear description of the item and its intended use.]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304"/>
        <w:gridCol w:w="5616"/>
        <w:gridCol w:w="2592"/>
      </w:tblGrid>
      <w:tr>
        <w:trPr>
          <w:cantSplit/>
          <w:tblHeader/>
        </w:trPr>
        <w:tc>
          <w:tcPr>
            <w:tcW w:type="dxa" w:w="230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40" w:type="dxa"/>
              <w:left w:w="140" w:type="dxa"/>
              <w:bottom w:w="140" w:type="dxa"/>
              <w:right w:w="140" w:type="dxa"/>
            </w:tcMar>
            <w:shd w:fill="E7EEF5"/>
          </w:tcPr>
          <w:p>
            <w:pPr>
              <w:spacing w:after="100" w:line="264" w:lineRule="auto"/>
            </w:pPr>
            <w:r>
              <w:rPr>
                <w:rFonts w:ascii="Arial" w:hAnsi="Arial"/>
                <w:b/>
                <w:sz w:val="22"/>
              </w:rPr>
              <w:t>REFERENCE</w:t>
            </w:r>
          </w:p>
        </w:tc>
        <w:tc>
          <w:tcPr>
            <w:tcW w:type="dxa" w:w="561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40" w:type="dxa"/>
              <w:left w:w="140" w:type="dxa"/>
              <w:bottom w:w="140" w:type="dxa"/>
              <w:right w:w="140" w:type="dxa"/>
            </w:tcMar>
            <w:shd w:fill="E7EEF5"/>
          </w:tcPr>
          <w:p>
            <w:pPr>
              <w:spacing w:after="100" w:line="264" w:lineRule="auto"/>
            </w:pPr>
            <w:r>
              <w:rPr>
                <w:rFonts w:ascii="Arial" w:hAnsi="Arial"/>
                <w:b/>
                <w:sz w:val="22"/>
              </w:rPr>
              <w:t>OPTIONS</w:t>
            </w:r>
          </w:p>
        </w:tc>
        <w:tc>
          <w:tcPr>
            <w:tcW w:type="dxa" w:w="259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40" w:type="dxa"/>
              <w:left w:w="140" w:type="dxa"/>
              <w:bottom w:w="140" w:type="dxa"/>
              <w:right w:w="140" w:type="dxa"/>
            </w:tcMar>
            <w:shd w:fill="E7EEF5"/>
          </w:tcPr>
          <w:p>
            <w:pPr>
              <w:spacing w:after="100" w:line="264" w:lineRule="auto"/>
            </w:pPr>
            <w:r>
              <w:rPr>
                <w:rFonts w:ascii="Arial" w:hAnsi="Arial"/>
                <w:b/>
                <w:sz w:val="22"/>
              </w:rPr>
              <w:t>PRICE</w:t>
            </w:r>
          </w:p>
        </w:tc>
      </w:tr>
      <w:tr>
        <w:trPr>
          <w:cantSplit/>
        </w:trPr>
        <w:tc>
          <w:tcPr>
            <w:tcW w:type="dxa" w:w="230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40" w:type="dxa"/>
              <w:left w:w="140" w:type="dxa"/>
              <w:bottom w:w="140" w:type="dxa"/>
              <w:right w:w="140" w:type="dxa"/>
            </w:tcMar>
          </w:tcPr>
          <w:p>
            <w:pPr>
              <w:spacing w:after="100" w:line="264" w:lineRule="auto"/>
            </w:pPr>
            <w:r>
              <w:rPr>
                <w:rFonts w:ascii="Arial" w:hAnsi="Arial"/>
                <w:b w:val="0"/>
                <w:sz w:val="22"/>
              </w:rPr>
              <w:t>[SKU]</w:t>
            </w:r>
          </w:p>
        </w:tc>
        <w:tc>
          <w:tcPr>
            <w:tcW w:type="dxa" w:w="561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40" w:type="dxa"/>
              <w:left w:w="140" w:type="dxa"/>
              <w:bottom w:w="140" w:type="dxa"/>
              <w:right w:w="140" w:type="dxa"/>
            </w:tcMar>
          </w:tcPr>
          <w:p>
            <w:pPr>
              <w:spacing w:after="100" w:line="264" w:lineRule="auto"/>
            </w:pPr>
            <w:r>
              <w:rPr>
                <w:rFonts w:ascii="Arial" w:hAnsi="Arial"/>
                <w:b w:val="0"/>
                <w:sz w:val="22"/>
              </w:rPr>
              <w:t>[Size, color or configuration]</w:t>
            </w:r>
          </w:p>
        </w:tc>
        <w:tc>
          <w:tcPr>
            <w:tcW w:type="dxa" w:w="259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40" w:type="dxa"/>
              <w:left w:w="140" w:type="dxa"/>
              <w:bottom w:w="140" w:type="dxa"/>
              <w:right w:w="140" w:type="dxa"/>
            </w:tcMar>
          </w:tcPr>
          <w:p>
            <w:pPr>
              <w:spacing w:after="100" w:line="264" w:lineRule="auto"/>
            </w:pPr>
            <w:r>
              <w:rPr>
                <w:rFonts w:ascii="Arial" w:hAnsi="Arial"/>
                <w:b w:val="0"/>
                <w:sz w:val="22"/>
              </w:rPr>
              <w:t>[Amount and currency]</w:t>
            </w:r>
          </w:p>
        </w:tc>
      </w:tr>
    </w:tbl>
    <w:p>
      <w:pPr>
        <w:widowControl/>
        <w:spacing w:before="360" w:after="200" w:line="259" w:lineRule="auto"/>
      </w:pPr>
      <w:r>
        <w:rPr>
          <w:rFonts w:ascii="Georgia" w:hAnsi="Georgia"/>
          <w:b/>
          <w:color w:val="000000"/>
          <w:sz w:val="38"/>
        </w:rPr>
        <w:t>03  [Product name]</w:t>
      </w:r>
    </w:p>
    <w:p>
      <w:pPr>
        <w:widowControl/>
        <w:spacing w:before="0" w:after="200" w:line="259" w:lineRule="auto"/>
      </w:pPr>
      <w:r>
        <w:rPr>
          <w:rFonts w:ascii="Arial" w:hAnsi="Arial"/>
          <w:b w:val="0"/>
          <w:color w:val="000000"/>
          <w:sz w:val="24"/>
        </w:rPr>
        <w:t>[A clear description of the item and its intended use.]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304"/>
        <w:gridCol w:w="5616"/>
        <w:gridCol w:w="2592"/>
      </w:tblGrid>
      <w:tr>
        <w:trPr>
          <w:cantSplit/>
          <w:tblHeader/>
        </w:trPr>
        <w:tc>
          <w:tcPr>
            <w:tcW w:type="dxa" w:w="230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40" w:type="dxa"/>
              <w:left w:w="140" w:type="dxa"/>
              <w:bottom w:w="140" w:type="dxa"/>
              <w:right w:w="140" w:type="dxa"/>
            </w:tcMar>
            <w:shd w:fill="E7EEF5"/>
          </w:tcPr>
          <w:p>
            <w:pPr>
              <w:spacing w:after="100" w:line="264" w:lineRule="auto"/>
            </w:pPr>
            <w:r>
              <w:rPr>
                <w:rFonts w:ascii="Arial" w:hAnsi="Arial"/>
                <w:b/>
                <w:sz w:val="22"/>
              </w:rPr>
              <w:t>REFERENCE</w:t>
            </w:r>
          </w:p>
        </w:tc>
        <w:tc>
          <w:tcPr>
            <w:tcW w:type="dxa" w:w="561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40" w:type="dxa"/>
              <w:left w:w="140" w:type="dxa"/>
              <w:bottom w:w="140" w:type="dxa"/>
              <w:right w:w="140" w:type="dxa"/>
            </w:tcMar>
            <w:shd w:fill="E7EEF5"/>
          </w:tcPr>
          <w:p>
            <w:pPr>
              <w:spacing w:after="100" w:line="264" w:lineRule="auto"/>
            </w:pPr>
            <w:r>
              <w:rPr>
                <w:rFonts w:ascii="Arial" w:hAnsi="Arial"/>
                <w:b/>
                <w:sz w:val="22"/>
              </w:rPr>
              <w:t>OPTIONS</w:t>
            </w:r>
          </w:p>
        </w:tc>
        <w:tc>
          <w:tcPr>
            <w:tcW w:type="dxa" w:w="259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40" w:type="dxa"/>
              <w:left w:w="140" w:type="dxa"/>
              <w:bottom w:w="140" w:type="dxa"/>
              <w:right w:w="140" w:type="dxa"/>
            </w:tcMar>
            <w:shd w:fill="E7EEF5"/>
          </w:tcPr>
          <w:p>
            <w:pPr>
              <w:spacing w:after="100" w:line="264" w:lineRule="auto"/>
            </w:pPr>
            <w:r>
              <w:rPr>
                <w:rFonts w:ascii="Arial" w:hAnsi="Arial"/>
                <w:b/>
                <w:sz w:val="22"/>
              </w:rPr>
              <w:t>PRICE</w:t>
            </w:r>
          </w:p>
        </w:tc>
      </w:tr>
      <w:tr>
        <w:trPr>
          <w:cantSplit/>
        </w:trPr>
        <w:tc>
          <w:tcPr>
            <w:tcW w:type="dxa" w:w="230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40" w:type="dxa"/>
              <w:left w:w="140" w:type="dxa"/>
              <w:bottom w:w="140" w:type="dxa"/>
              <w:right w:w="140" w:type="dxa"/>
            </w:tcMar>
          </w:tcPr>
          <w:p>
            <w:pPr>
              <w:spacing w:after="100" w:line="264" w:lineRule="auto"/>
            </w:pPr>
            <w:r>
              <w:rPr>
                <w:rFonts w:ascii="Arial" w:hAnsi="Arial"/>
                <w:b w:val="0"/>
                <w:sz w:val="22"/>
              </w:rPr>
              <w:t>[SKU]</w:t>
            </w:r>
          </w:p>
        </w:tc>
        <w:tc>
          <w:tcPr>
            <w:tcW w:type="dxa" w:w="561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40" w:type="dxa"/>
              <w:left w:w="140" w:type="dxa"/>
              <w:bottom w:w="140" w:type="dxa"/>
              <w:right w:w="140" w:type="dxa"/>
            </w:tcMar>
          </w:tcPr>
          <w:p>
            <w:pPr>
              <w:spacing w:after="100" w:line="264" w:lineRule="auto"/>
            </w:pPr>
            <w:r>
              <w:rPr>
                <w:rFonts w:ascii="Arial" w:hAnsi="Arial"/>
                <w:b w:val="0"/>
                <w:sz w:val="22"/>
              </w:rPr>
              <w:t>[Size, color or configuration]</w:t>
            </w:r>
          </w:p>
        </w:tc>
        <w:tc>
          <w:tcPr>
            <w:tcW w:type="dxa" w:w="259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40" w:type="dxa"/>
              <w:left w:w="140" w:type="dxa"/>
              <w:bottom w:w="140" w:type="dxa"/>
              <w:right w:w="140" w:type="dxa"/>
            </w:tcMar>
          </w:tcPr>
          <w:p>
            <w:pPr>
              <w:spacing w:after="100" w:line="264" w:lineRule="auto"/>
            </w:pPr>
            <w:r>
              <w:rPr>
                <w:rFonts w:ascii="Arial" w:hAnsi="Arial"/>
                <w:b w:val="0"/>
                <w:sz w:val="22"/>
              </w:rPr>
              <w:t>[Amount and currency]</w:t>
            </w:r>
          </w:p>
        </w:tc>
      </w:tr>
    </w:tbl>
    <w:p>
      <w:pPr>
        <w:widowControl/>
        <w:spacing w:before="400" w:after="0" w:line="259" w:lineRule="auto"/>
      </w:pPr>
      <w:r>
        <w:rPr>
          <w:rFonts w:ascii="Arial" w:hAnsi="Arial"/>
          <w:b w:val="0"/>
          <w:color w:val="586170"/>
          <w:sz w:val="18"/>
        </w:rPr>
        <w:t>[Confirm availability, delivery and ordering terms before purchase.]</w:t>
      </w:r>
    </w:p>
    <w:sectPr w:rsidR="00FC693F" w:rsidRPr="0006063C" w:rsidSect="00034616">
      <w:pgSz w:w="12240" w:h="15840"/>
      <w:pgMar w:top="864" w:right="864" w:bottom="864" w:left="86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69" w:lineRule="auto"/>
    </w:pPr>
    <w:rPr>
      <w:rFonts w:ascii="Arial" w:hAnsi="Arial"/>
      <w:color w:val="000000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80" w:after="120"/>
      <w:outlineLvl w:val="0"/>
    </w:pPr>
    <w:rPr>
      <w:rFonts w:asciiTheme="majorHAnsi" w:eastAsiaTheme="majorEastAsia" w:hAnsiTheme="majorHAnsi" w:cstheme="majorBidi" w:ascii="Arial" w:hAnsi="Arial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/>
      <w:b/>
      <w:bCs/>
      <w:color w:val="000000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200" w:line="240" w:lineRule="auto"/>
      <w:contextualSpacing/>
    </w:pPr>
    <w:rPr>
      <w:rFonts w:asciiTheme="majorHAnsi" w:eastAsiaTheme="majorEastAsia" w:hAnsiTheme="majorHAnsi" w:cstheme="majorBidi" w:ascii="Arial" w:hAnsi="Arial"/>
      <w:b/>
      <w:color w:val="000000"/>
      <w:spacing w:val="5"/>
      <w:kern w:val="28"/>
      <w:sz w:val="5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Arial" w:hAnsi="Arial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Product Catalog</dc:title>
  <dc:subject>Original editable document starter</dc:subject>
  <dc:creator>WPS Explore</dc:creator>
  <cp:keywords/>
  <dc:description>generated by python-docx</dc:description>
  <cp:lastModifiedBy/>
  <cp:revision>1</cp:revision>
  <dcterms:created xsi:type="dcterms:W3CDTF">2026-10-30T00:00:00Z</dcterms:created>
  <dcterms:modified xsi:type="dcterms:W3CDTF">2026-10-30T00:00:00Z</dcterms:modified>
  <cp:category/>
</cp:coreProperties>
</file>