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Promotion Letter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widowControl/>
      </w:pPr>
      <w:r>
        <w:t>[Sender name or organization]</w:t>
        <w:br/>
        <w:t>[Email or business contact]</w:t>
        <w:br/>
        <w:t>[Date]</w:t>
      </w:r>
    </w:p>
    <w:p>
      <w:pPr>
        <w:widowControl/>
      </w:pPr>
      <w:r>
        <w:t>Dear [Employee], We are pleased to confirm your promotion to [New title], effective [Date], following [Approved decision process].</w:t>
      </w:r>
    </w:p>
    <w:p>
      <w:pPr>
        <w:widowControl/>
      </w:pPr>
      <w:r>
        <w:t>Responsibilities: [Reviewed scope]. Reporting to: [Manager]. Compensation or terms: [Reference to approved details]. Transition support: [Plan].</w:t>
      </w:r>
    </w:p>
    <w:p>
      <w:pPr>
        <w:widowControl/>
      </w:pPr>
      <w:r>
        <w:t>Please meet with [Contact] to confirm handover and onboarding. We appreciate your contribution and look forward to supporting your work in the new role.</w:t>
      </w:r>
    </w:p>
    <w:p>
      <w:pPr>
        <w:widowControl/>
      </w:pPr>
      <w:r>
        <w:t>[Authorized name and title]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Promotion Letter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