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widowControl/>
      </w:pPr>
      <w:r>
        <w:t>Short Quiz</w:t>
      </w:r>
    </w:p>
    <w:p>
      <w:pPr>
        <w:widowControl/>
      </w:pPr>
      <w:r>
        <w:rPr>
          <w:color w:val="586170"/>
          <w:sz w:val="18"/>
        </w:rPr>
        <w:t>Replace bracketed fields with your own details. Delete guidance that does not belong in the finished document.</w:t>
      </w:r>
    </w:p>
    <w:p>
      <w:pPr>
        <w:pStyle w:val="Heading1"/>
      </w:pPr>
      <w:r>
        <w:t>Quiz setup</w:t>
      </w:r>
    </w:p>
    <w:p>
      <w:pPr>
        <w:widowControl/>
      </w:pPr>
      <w:r>
        <w:t>Topic: [Topic]. Name: [Learner]. Date: [Date]. Instructions: answer the questions using [Permitted resources].</w:t>
      </w:r>
    </w:p>
    <w:p>
      <w:pPr>
        <w:pStyle w:val="Heading1"/>
      </w:pPr>
      <w:r>
        <w:t>Questions</w:t>
      </w:r>
    </w:p>
    <w:p>
      <w:pPr>
        <w:widowControl/>
      </w:pPr>
      <w:r>
        <w:t>1. [Multiple-choice question]. A [Option] B [Option] C [Option].</w:t>
      </w:r>
    </w:p>
    <w:p>
      <w:pPr>
        <w:widowControl/>
      </w:pPr>
      <w:r>
        <w:t>2. [Short-answer question with a clear expected scope].</w:t>
      </w:r>
    </w:p>
    <w:p>
      <w:pPr>
        <w:widowControl/>
      </w:pPr>
      <w:r>
        <w:t>3. [Explain or apply the concept in one brief example].</w:t>
      </w:r>
    </w:p>
    <w:p>
      <w:pPr>
        <w:pStyle w:val="Heading1"/>
      </w:pPr>
      <w:r>
        <w:t>Answer key</w:t>
      </w:r>
    </w:p>
    <w:p>
      <w:pPr>
        <w:widowControl/>
      </w:pPr>
      <w:r>
        <w:t>1. [Correct option and reason].</w:t>
      </w:r>
    </w:p>
    <w:p>
      <w:pPr>
        <w:widowControl/>
      </w:pPr>
      <w:r>
        <w:t>2. [Expected response].</w:t>
      </w:r>
    </w:p>
    <w:p>
      <w:pPr>
        <w:widowControl/>
      </w:pPr>
      <w:r>
        <w:t>3. [Key features of a good explanation].</w:t>
      </w:r>
    </w:p>
    <w:p>
      <w:pPr>
        <w:widowControl/>
      </w:pPr>
      <w:r>
        <w:t>Remove the answer key before giving the learner copy.</w:t>
      </w:r>
    </w:p>
    <w:p>
      <w:pPr>
        <w:widowControl/>
      </w:pPr>
      <w:r>
        <w:br/>
        <w:t>Additional notes</w:t>
        <w:br/>
        <w:br/>
        <w:t>[Your notes]</w:t>
        <w:br/>
      </w:r>
    </w:p>
    <w:sectPr w:rsidR="00FC693F" w:rsidRPr="0006063C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Short Quiz</dc:title>
  <dc:subject>Original editable document starter</dc:subject>
  <dc:creator>WPS Explore</dc:creator>
  <cp:keywords/>
  <dc:description>generated by python-docx</dc:description>
  <cp:lastModifiedBy/>
  <cp:revision>1</cp:revision>
  <dcterms:created xsi:type="dcterms:W3CDTF">2026-10-30T00:00:00Z</dcterms:created>
  <dcterms:modified xsi:type="dcterms:W3CDTF">2026-10-30T00:00:00Z</dcterms:modified>
  <cp:category/>
</cp:coreProperties>
</file>