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widowControl/>
        <w:spacing w:before="100" w:after="400" w:line="259" w:lineRule="auto"/>
      </w:pPr>
      <w:r>
        <w:rPr>
          <w:rFonts w:ascii="Arial" w:hAnsi="Arial"/>
          <w:b/>
          <w:color w:val="486478"/>
          <w:sz w:val="20"/>
        </w:rPr>
        <w:t>FROM THE KITCHEN OF [NAME]</w:t>
      </w:r>
    </w:p>
    <w:p>
      <w:pPr>
        <w:pStyle w:val="Title"/>
        <w:widowControl/>
        <w:spacing w:before="0" w:after="280" w:line="259" w:lineRule="auto"/>
      </w:pPr>
      <w:r>
        <w:rPr>
          <w:rFonts w:ascii="Georgia" w:hAnsi="Georgia"/>
          <w:b/>
          <w:color w:val="000000"/>
          <w:sz w:val="68"/>
        </w:rPr>
        <w:t>Your recipe name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rPr>
          <w:cantSplit/>
          <w:tblHeader/>
        </w:trPr>
        <w:tc>
          <w:tcPr>
            <w:tcW w:type="dxa" w:w="3312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40" w:type="dxa"/>
              <w:left w:w="140" w:type="dxa"/>
              <w:bottom w:w="140" w:type="dxa"/>
              <w:right w:w="140" w:type="dxa"/>
            </w:tcMar>
            <w:shd w:fill="E7EEF5"/>
          </w:tcPr>
          <w:p>
            <w:pPr>
              <w:spacing w:after="100" w:line="264" w:lineRule="auto"/>
            </w:pPr>
            <w:r>
              <w:rPr>
                <w:rFonts w:ascii="Arial" w:hAnsi="Arial"/>
                <w:b/>
                <w:sz w:val="22"/>
              </w:rPr>
              <w:t>SERVES</w:t>
            </w:r>
          </w:p>
        </w:tc>
        <w:tc>
          <w:tcPr>
            <w:tcW w:type="dxa" w:w="3312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40" w:type="dxa"/>
              <w:left w:w="140" w:type="dxa"/>
              <w:bottom w:w="140" w:type="dxa"/>
              <w:right w:w="140" w:type="dxa"/>
            </w:tcMar>
            <w:shd w:fill="E7EEF5"/>
          </w:tcPr>
          <w:p>
            <w:pPr>
              <w:spacing w:after="100" w:line="264" w:lineRule="auto"/>
            </w:pPr>
            <w:r>
              <w:rPr>
                <w:rFonts w:ascii="Arial" w:hAnsi="Arial"/>
                <w:b/>
                <w:sz w:val="22"/>
              </w:rPr>
              <w:t>PREP</w:t>
            </w:r>
          </w:p>
        </w:tc>
        <w:tc>
          <w:tcPr>
            <w:tcW w:type="dxa" w:w="3312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40" w:type="dxa"/>
              <w:left w:w="140" w:type="dxa"/>
              <w:bottom w:w="140" w:type="dxa"/>
              <w:right w:w="140" w:type="dxa"/>
            </w:tcMar>
            <w:shd w:fill="E7EEF5"/>
          </w:tcPr>
          <w:p>
            <w:pPr>
              <w:spacing w:after="100" w:line="264" w:lineRule="auto"/>
            </w:pPr>
            <w:r>
              <w:rPr>
                <w:rFonts w:ascii="Arial" w:hAnsi="Arial"/>
                <w:b/>
                <w:sz w:val="22"/>
              </w:rPr>
              <w:t>COOK</w:t>
            </w:r>
          </w:p>
        </w:tc>
      </w:tr>
      <w:tr>
        <w:trPr>
          <w:cantSplit/>
        </w:trPr>
        <w:tc>
          <w:tcPr>
            <w:tcW w:type="dxa" w:w="3312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40" w:type="dxa"/>
              <w:left w:w="140" w:type="dxa"/>
              <w:bottom w:w="140" w:type="dxa"/>
              <w:right w:w="140" w:type="dxa"/>
            </w:tcMar>
          </w:tcPr>
          <w:p>
            <w:pPr>
              <w:spacing w:after="100" w:line="264" w:lineRule="auto"/>
            </w:pPr>
            <w:r>
              <w:rPr>
                <w:rFonts w:ascii="Arial" w:hAnsi="Arial"/>
                <w:b w:val="0"/>
                <w:sz w:val="22"/>
              </w:rPr>
              <w:t>[Portions]</w:t>
            </w:r>
          </w:p>
        </w:tc>
        <w:tc>
          <w:tcPr>
            <w:tcW w:type="dxa" w:w="3312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40" w:type="dxa"/>
              <w:left w:w="140" w:type="dxa"/>
              <w:bottom w:w="140" w:type="dxa"/>
              <w:right w:w="140" w:type="dxa"/>
            </w:tcMar>
          </w:tcPr>
          <w:p>
            <w:pPr>
              <w:spacing w:after="100" w:line="264" w:lineRule="auto"/>
            </w:pPr>
            <w:r>
              <w:rPr>
                <w:rFonts w:ascii="Arial" w:hAnsi="Arial"/>
                <w:b w:val="0"/>
                <w:sz w:val="22"/>
              </w:rPr>
              <w:t>[Minutes]</w:t>
            </w:r>
          </w:p>
        </w:tc>
        <w:tc>
          <w:tcPr>
            <w:tcW w:type="dxa" w:w="3312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40" w:type="dxa"/>
              <w:left w:w="140" w:type="dxa"/>
              <w:bottom w:w="140" w:type="dxa"/>
              <w:right w:w="140" w:type="dxa"/>
            </w:tcMar>
          </w:tcPr>
          <w:p>
            <w:pPr>
              <w:spacing w:after="100" w:line="264" w:lineRule="auto"/>
            </w:pPr>
            <w:r>
              <w:rPr>
                <w:rFonts w:ascii="Arial" w:hAnsi="Arial"/>
                <w:b w:val="0"/>
                <w:sz w:val="22"/>
              </w:rPr>
              <w:t>[Minutes]</w:t>
            </w:r>
          </w:p>
        </w:tc>
      </w:tr>
    </w:tbl>
    <w:p>
      <w:pPr>
        <w:widowControl/>
        <w:spacing w:before="480" w:after="240" w:line="259" w:lineRule="auto"/>
      </w:pPr>
      <w:r>
        <w:rPr>
          <w:rFonts w:ascii="Georgia" w:hAnsi="Georgia"/>
          <w:b/>
          <w:color w:val="000000"/>
          <w:sz w:val="34"/>
        </w:rPr>
        <w:t>Ingredients</w:t>
      </w:r>
    </w:p>
    <w:p>
      <w:pPr>
        <w:widowControl/>
        <w:spacing w:before="0" w:after="400" w:line="259" w:lineRule="auto"/>
      </w:pPr>
      <w:r>
        <w:rPr>
          <w:rFonts w:ascii="Arial" w:hAnsi="Arial"/>
          <w:b w:val="0"/>
          <w:color w:val="000000"/>
          <w:sz w:val="24"/>
        </w:rPr>
        <w:t>[Quantity and unit] [Ingredient]</w:t>
        <w:br/>
        <w:t>[Quantity and unit] [Ingredient]</w:t>
        <w:br/>
        <w:t>[Quantity and unit] [Ingredient]</w:t>
        <w:br/>
        <w:t>[Quantity and unit] [Ingredient]</w:t>
      </w:r>
    </w:p>
    <w:p>
      <w:pPr>
        <w:widowControl/>
        <w:spacing w:before="0" w:after="240" w:line="259" w:lineRule="auto"/>
      </w:pPr>
      <w:r>
        <w:rPr>
          <w:rFonts w:ascii="Georgia" w:hAnsi="Georgia"/>
          <w:b/>
          <w:color w:val="000000"/>
          <w:sz w:val="34"/>
        </w:rPr>
        <w:t>Method</w:t>
      </w:r>
    </w:p>
    <w:p>
      <w:pPr>
        <w:widowControl/>
        <w:spacing w:before="0" w:after="440" w:line="259" w:lineRule="auto"/>
      </w:pPr>
      <w:r>
        <w:rPr>
          <w:rFonts w:ascii="Arial" w:hAnsi="Arial"/>
          <w:b w:val="0"/>
          <w:color w:val="000000"/>
          <w:sz w:val="24"/>
        </w:rPr>
        <w:t>1. [Preparation step.]</w:t>
        <w:br/>
        <w:t>2. [Cooking step with verified temperature and timing.]</w:t>
        <w:br/>
        <w:t>3. [Finishing and serving step.]</w:t>
      </w:r>
    </w:p>
    <w:p>
      <w:pPr>
        <w:widowControl/>
        <w:spacing w:before="0" w:after="160" w:line="259" w:lineRule="auto"/>
      </w:pPr>
      <w:r>
        <w:rPr>
          <w:rFonts w:ascii="Arial" w:hAnsi="Arial"/>
          <w:b/>
          <w:color w:val="000000"/>
          <w:sz w:val="24"/>
        </w:rPr>
        <w:t>Notes</w:t>
      </w:r>
    </w:p>
    <w:p>
      <w:pPr>
        <w:widowControl/>
        <w:spacing w:before="0" w:after="160" w:line="259" w:lineRule="auto"/>
      </w:pPr>
      <w:r>
        <w:rPr>
          <w:rFonts w:ascii="Arial" w:hAnsi="Arial"/>
          <w:b w:val="0"/>
          <w:color w:val="586170"/>
          <w:sz w:val="20"/>
        </w:rPr>
        <w:t>[Verified ingredient, storage or substitution information.]</w:t>
      </w:r>
    </w:p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6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80" w:after="12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000000"/>
      <w:spacing w:val="5"/>
      <w:kern w:val="28"/>
      <w:sz w:val="5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Recipe</dc:title>
  <dc:subject>Original editable document starter</dc:subject>
  <dc:creator>WPS Explore</dc:creator>
  <cp:keywords/>
  <dc:description>generated by python-docx</dc:description>
  <cp:lastModifiedBy/>
  <cp:revision>1</cp:revision>
  <dcterms:created xsi:type="dcterms:W3CDTF">2026-10-30T00:00:00Z</dcterms:created>
  <dcterms:modified xsi:type="dcterms:W3CDTF">2026-10-30T00:00:00Z</dcterms:modified>
  <cp:category/>
</cp:coreProperties>
</file>