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Recommendation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[Recipient], I am pleased to recommend [Name] for [Role or program]. I worked with [Name] as [Relationship] during [Period], which gave me the opportunity to observe [Relevant work].</w:t>
      </w:r>
    </w:p>
    <w:p>
      <w:pPr>
        <w:widowControl/>
      </w:pPr>
      <w:r>
        <w:t>During [Project], [Name] was responsible for [Task]. They demonstrated [Strength] by [Specific action]. The result was [Verified outcome]. This example reflects [Relevant quality].</w:t>
      </w:r>
    </w:p>
    <w:p>
      <w:pPr>
        <w:widowControl/>
      </w:pPr>
      <w:r>
        <w:t>Based on this experience, I believe [Name] would contribute [Specific value]. Please contact me at [Business contact] if you need further information.</w:t>
      </w:r>
    </w:p>
    <w:p>
      <w:pPr>
        <w:widowControl/>
      </w:pPr>
      <w:r>
        <w:t>Sincerely,</w:t>
      </w:r>
    </w:p>
    <w:p>
      <w:pPr>
        <w:widowControl/>
      </w:pPr>
      <w:r>
        <w:t>[Recommender name and title]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Recommendation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