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6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83680" cy="2194560"/>
            <wp:docPr id="1" name="Picture 1" descr="Original painted citrus, tomatoes and herbs on an ivory background.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menu-botanical-v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583680" cy="21945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/>
        <w:spacing w:before="0" w:after="200" w:line="259" w:lineRule="auto"/>
        <w:jc w:val="center"/>
      </w:pPr>
      <w:r>
        <w:rPr>
          <w:rFonts w:ascii="Arial" w:hAnsi="Arial"/>
          <w:b/>
          <w:color w:val="546442"/>
          <w:sz w:val="18"/>
        </w:rPr>
        <w:t>[RESTAURANT OR HOST]</w:t>
      </w:r>
    </w:p>
    <w:p>
      <w:pPr>
        <w:pStyle w:val="Title"/>
        <w:widowControl/>
        <w:spacing w:before="0" w:after="200" w:line="259" w:lineRule="auto"/>
        <w:jc w:val="center"/>
      </w:pPr>
      <w:r>
        <w:rPr>
          <w:rFonts w:ascii="Georgia" w:hAnsi="Georgia"/>
          <w:b/>
          <w:color w:val="6C392C"/>
          <w:sz w:val="68"/>
        </w:rPr>
        <w:t>The Menu</w:t>
      </w:r>
    </w:p>
    <w:p>
      <w:pPr>
        <w:widowControl/>
        <w:spacing w:before="0" w:after="280" w:line="259" w:lineRule="auto"/>
        <w:jc w:val="center"/>
      </w:pPr>
      <w:r>
        <w:rPr>
          <w:rFonts w:ascii="Georgia" w:hAnsi="Georgia"/>
          <w:b w:val="0"/>
          <w:color w:val="6C392C"/>
          <w:sz w:val="22"/>
        </w:rPr>
        <w:t>[Season or occasion]</w:t>
      </w:r>
    </w:p>
    <w:p>
      <w:pPr>
        <w:widowControl/>
        <w:spacing w:before="180" w:after="140" w:line="259" w:lineRule="auto"/>
        <w:jc w:val="center"/>
      </w:pPr>
      <w:r>
        <w:rPr>
          <w:rFonts w:ascii="Arial" w:hAnsi="Arial"/>
          <w:b/>
          <w:color w:val="546442"/>
          <w:sz w:val="22"/>
        </w:rPr>
        <w:t>SMALL PLATES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[Dish name] - [Price]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[Main ingredients and portion description]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[Dish name] - [Price]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[Main ingredients and portion description]</w:t>
      </w:r>
    </w:p>
    <w:p>
      <w:pPr>
        <w:widowControl/>
        <w:spacing w:before="180" w:after="140" w:line="259" w:lineRule="auto"/>
        <w:jc w:val="center"/>
      </w:pPr>
      <w:r>
        <w:rPr>
          <w:rFonts w:ascii="Arial" w:hAnsi="Arial"/>
          <w:b/>
          <w:color w:val="546442"/>
          <w:sz w:val="22"/>
        </w:rPr>
        <w:t>MAIN COURSES AND SIDES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[Main dish] - [Price]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[Description and optional choices]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[Side dish] - [Price]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[Description]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[Child or shared option if offered]</w:t>
      </w:r>
    </w:p>
    <w:p>
      <w:pPr>
        <w:widowControl/>
        <w:spacing w:before="180" w:after="140" w:line="259" w:lineRule="auto"/>
        <w:jc w:val="center"/>
      </w:pPr>
      <w:r>
        <w:rPr>
          <w:rFonts w:ascii="Arial" w:hAnsi="Arial"/>
          <w:b/>
          <w:color w:val="546442"/>
          <w:sz w:val="22"/>
        </w:rPr>
        <w:t>DESSERT AND SERVICE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[Dessert] - [Price]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[Drink] - [Price]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Service hours: [Hours]. Reservations: [Contact].</w:t>
      </w:r>
    </w:p>
    <w:p>
      <w:pPr>
        <w:widowControl/>
        <w:spacing w:before="0" w:after="100" w:line="259" w:lineRule="auto"/>
        <w:jc w:val="center"/>
      </w:pPr>
      <w:r>
        <w:rPr>
          <w:rFonts w:ascii="Georgia" w:hAnsi="Georgia"/>
          <w:b w:val="0"/>
          <w:color w:val="433C31"/>
          <w:sz w:val="22"/>
        </w:rPr>
        <w:t>[Verified service charges, taxes or dietary notes where relevant.]</w:t>
      </w:r>
    </w:p>
    <w:p>
      <w:pPr>
        <w:widowControl/>
        <w:spacing w:before="240" w:after="0" w:line="259" w:lineRule="auto"/>
        <w:jc w:val="center"/>
      </w:pPr>
      <w:r>
        <w:rPr>
          <w:rFonts w:ascii="Arial" w:hAnsi="Arial"/>
          <w:b w:val="0"/>
          <w:color w:val="626B59"/>
          <w:sz w:val="16"/>
        </w:rPr>
        <w:t>Please ask our team about ingredients and allergens.</w:t>
        <w:br/>
        <w:t>[Opening hours]  [Contact]</w:t>
      </w:r>
    </w:p>
    <w:sectPr w:rsidR="00FC693F" w:rsidRPr="0006063C" w:rsidSect="00034616">
      <w:pgSz w:w="12240" w:h="15840"/>
      <w:pgMar w:top="936" w:right="936" w:bottom="936" w:left="93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69" w:lineRule="auto"/>
    </w:pPr>
    <w:rPr>
      <w:rFonts w:ascii="Arial" w:hAnsi="Arial"/>
      <w:color w:val="000000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8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4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5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Arial" w:hAnsi="Arial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Restaurant Menu</dc:title>
  <dc:subject>Original editable document starter</dc:subject>
  <dc:creator>WPS Explore</dc:creator>
  <cp:keywords/>
  <dc:description>generated by python-docx</dc:description>
  <cp:lastModifiedBy/>
  <cp:revision>1</cp:revision>
  <dcterms:created xsi:type="dcterms:W3CDTF">2026-10-30T00:00:00Z</dcterms:created>
  <dcterms:modified xsi:type="dcterms:W3CDTF">2026-10-30T00:00:00Z</dcterms:modified>
  <cp:category/>
</cp:coreProperties>
</file>