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Resume for Freshers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Contact and profile</w:t>
      </w:r>
    </w:p>
    <w:p>
      <w:pPr>
        <w:widowControl/>
      </w:pPr>
      <w:r>
        <w:t>[Full name]</w:t>
      </w:r>
    </w:p>
    <w:p>
      <w:pPr>
        <w:widowControl/>
      </w:pPr>
      <w:r>
        <w:t>[Professional email] [Phone] [City or region] [Portfolio if relevant]</w:t>
      </w:r>
    </w:p>
    <w:p>
      <w:pPr>
        <w:widowControl/>
      </w:pPr>
      <w:r>
        <w:t>[Write two sentences connecting your actual background to early-career skills and project evidence.]</w:t>
      </w:r>
    </w:p>
    <w:p>
      <w:pPr>
        <w:pStyle w:val="Heading1"/>
      </w:pPr>
      <w:r>
        <w:t>Relevant experience</w:t>
      </w:r>
    </w:p>
    <w:p>
      <w:pPr>
        <w:widowControl/>
      </w:pPr>
      <w:r>
        <w:t>[Role] - [Organization] - [Dates]</w:t>
      </w:r>
    </w:p>
    <w:p>
      <w:pPr>
        <w:widowControl/>
      </w:pPr>
      <w:r>
        <w:t>[Describe a class project, volunteer activity or placement and your specific contribution.]</w:t>
      </w:r>
    </w:p>
    <w:p>
      <w:pPr>
        <w:widowControl/>
      </w:pPr>
      <w:r>
        <w:t>[Add a second relevant role or project, with dates and your contribution.]</w:t>
      </w:r>
    </w:p>
    <w:p>
      <w:pPr>
        <w:pStyle w:val="Heading1"/>
      </w:pPr>
      <w:r>
        <w:t>Skills</w:t>
      </w:r>
    </w:p>
    <w:p>
      <w:pPr>
        <w:widowControl/>
      </w:pPr>
      <w:r>
        <w:t>[Practical tools] [Course-related skills] [Communication or teamwork evidence]</w:t>
      </w:r>
    </w:p>
    <w:p>
      <w:pPr>
        <w:widowControl/>
      </w:pPr>
      <w:r>
        <w:t>[Keep only skills you can demonstrate and that are relevant to the role.]</w:t>
      </w:r>
    </w:p>
    <w:p>
      <w:pPr>
        <w:pStyle w:val="Heading1"/>
      </w:pPr>
      <w:r>
        <w:t>Education and credentials</w:t>
      </w:r>
    </w:p>
    <w:p>
      <w:pPr>
        <w:widowControl/>
      </w:pPr>
      <w:r>
        <w:t>[Degree or course] - [Institution] - [Completion date]</w:t>
      </w:r>
    </w:p>
    <w:p>
      <w:pPr>
        <w:widowControl/>
      </w:pPr>
      <w:r>
        <w:t>[Relevant coursework or verified awards]</w:t>
      </w:r>
    </w:p>
    <w:p>
      <w:pPr>
        <w:widowControl/>
      </w:pPr>
      <w:r>
        <w:t>[Verify dates, status and any credential details before sharing.]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Freshers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