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Student Resume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student projects and transferable skills.]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[Describe a school project, club role, volunteering or part-time job and your contribution.]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[Relevant coursework skills] [Tools] [Languages]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[Current course] - [Institution] - [Expected completion]</w:t>
      </w:r>
    </w:p>
    <w:p>
      <w:pPr>
        <w:widowControl/>
      </w:pPr>
      <w:r>
        <w:t>[Relevant projects or activities]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Resume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