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Salary Increment Request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[Manager], I would like to request a review of my compensation in light of [Change in responsibilities or contribution] since [Date].</w:t>
      </w:r>
    </w:p>
    <w:p>
      <w:pPr>
        <w:widowControl/>
      </w:pPr>
      <w:r>
        <w:t>My current responsibilities include [Scope]. Recent contributions include [Specific verified results]. Relevant context for the review is [Evidence, without unsupported market claims].</w:t>
      </w:r>
    </w:p>
    <w:p>
      <w:pPr>
        <w:widowControl/>
      </w:pPr>
      <w:r>
        <w:t>I would welcome a meeting to discuss the review criteria and possible next steps. Please let me know a suitable time.</w:t>
      </w:r>
    </w:p>
    <w:p>
      <w:pPr>
        <w:widowControl/>
      </w:pPr>
      <w:r>
        <w:t>[Name and role]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Increment Request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