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Sales Proposal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Customer priorities</w:t>
      </w:r>
    </w:p>
    <w:p>
      <w:pPr>
        <w:widowControl/>
      </w:pPr>
      <w:r>
        <w:t>[Customer] needs [Outcome] by [Date]. The current obstacle is [Verified problem]. Confirm these priorities with the buyer.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Recommended offer</w:t>
      </w:r>
    </w:p>
    <w:p>
      <w:pPr>
        <w:widowControl/>
      </w:pPr>
      <w:r>
        <w:t>We recommend [Product or service] including [Items]. Explain how each item addresses a priority and list exclusions.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Implementation</w:t>
      </w:r>
    </w:p>
    <w:p>
      <w:pPr>
        <w:widowControl/>
      </w:pPr>
      <w:r>
        <w:t>Starting steps: [Actions]. Buyer inputs: [Requirements]. Provider responsibilities: [Tasks]. Expected milestones: [Dates].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Pricing assumptions</w:t>
      </w:r>
    </w:p>
    <w:p>
      <w:pPr>
        <w:widowControl/>
      </w:pPr>
      <w:r>
        <w:t>Price: [Amount and currency]. Quantity or term: [Details]. Additional costs: [Details]. State the conditions used to prepare the offer.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Proof and questions</w:t>
      </w:r>
    </w:p>
    <w:p>
      <w:pPr>
        <w:widowControl/>
      </w:pPr>
      <w:r>
        <w:t>Add approved evidence relevant to this buyer. Record unresolved questions and who will answer them.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Next decision</w:t>
      </w:r>
    </w:p>
    <w:p>
      <w:pPr>
        <w:widowControl/>
      </w:pPr>
      <w:r>
        <w:t>Decision requested: [Action]. Review meeting: [Date]. Contacts: [Names]. Confirm final commercial terms through the authorized process.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Proposal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