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Sales Resume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customer development and sales execution.]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[Describe your market, responsibilities and results with period, units and measurement context.]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[Prospecting] [Account management] [CRM tools] [Negotiation experience]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[Qualification] - [Institution] - [Dates]</w:t>
      </w:r>
    </w:p>
    <w:p>
      <w:pPr>
        <w:widowControl/>
      </w:pPr>
      <w:r>
        <w:t>[Relevant product or sales training]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Resume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