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Statement of Purpose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[Explain the field or question you want to pursue and why it matters to your academic development.]</w:t>
      </w:r>
    </w:p>
    <w:p>
      <w:pPr>
        <w:widowControl/>
      </w:pPr>
      <w:r>
        <w:t>[Describe relevant coursework, research or projects. Explain your contribution, methods and what you learned. Identify the research interests you want to develop.]</w:t>
      </w:r>
    </w:p>
    <w:p>
      <w:pPr>
        <w:widowControl/>
      </w:pPr>
      <w:r>
        <w:t>[Connect your interests to verified program resources or faculty work. State your intended learning goals and longer-term direction without assuming admission or supervision.]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